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DA8F" w14:textId="77777777" w:rsidR="00311FE5" w:rsidRPr="003C72F7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KARTA PRACY – JĘZYK POLSKI KLASA VI</w:t>
      </w:r>
    </w:p>
    <w:p w14:paraId="594968B4" w14:textId="77777777" w:rsidR="00311FE5" w:rsidRPr="003C72F7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i/>
          <w:sz w:val="24"/>
          <w:szCs w:val="24"/>
          <w:lang w:val="pl-PL"/>
        </w:rPr>
        <w:t>Temat: Ponadpokoleniowa mądrość w testamencie Dziadka („NIE ZAMYKAJ”)</w:t>
      </w:r>
    </w:p>
    <w:p w14:paraId="486EFF67" w14:textId="55675926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1. Kosz i Walizka (Metoda </w:t>
      </w:r>
      <w:r w:rsidR="003C72F7">
        <w:rPr>
          <w:rFonts w:ascii="Times New Roman" w:hAnsi="Times New Roman" w:cs="Times New Roman"/>
          <w:b/>
          <w:sz w:val="24"/>
          <w:szCs w:val="24"/>
          <w:lang w:val="pl-PL"/>
        </w:rPr>
        <w:t>s</w:t>
      </w:r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 xml:space="preserve">elekcji </w:t>
      </w:r>
      <w:r w:rsidR="003C72F7"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>artości)</w:t>
      </w:r>
    </w:p>
    <w:p w14:paraId="6548FE63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sz w:val="24"/>
          <w:szCs w:val="24"/>
          <w:lang w:val="pl-PL"/>
        </w:rPr>
        <w:t>Wpisz poniżej wartości, zachowania lub emocje, które uważasz za destrukcyjne i które warto „wyrzucić do kosza”, oraz te, które stanowią cenny testament moralny Dziadka i warto je schować do „walizki” na przyszłość.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311FE5" w:rsidRPr="003C72F7" w14:paraId="39B739F6" w14:textId="77777777">
        <w:tc>
          <w:tcPr>
            <w:tcW w:w="4968" w:type="dxa"/>
            <w:shd w:val="clear" w:color="auto" w:fill="F2F2F2"/>
          </w:tcPr>
          <w:p w14:paraId="3C54125A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2F7">
              <w:rPr>
                <w:rFonts w:ascii="Segoe UI Symbol" w:hAnsi="Segoe UI Symbol" w:cs="Segoe UI Symbol"/>
                <w:b/>
                <w:sz w:val="24"/>
                <w:szCs w:val="24"/>
              </w:rPr>
              <w:t>🗑</w:t>
            </w:r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️ KOSZ (Co </w:t>
            </w:r>
            <w:proofErr w:type="spellStart"/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>odrzucamy</w:t>
            </w:r>
            <w:proofErr w:type="spellEnd"/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>?)</w:t>
            </w:r>
          </w:p>
        </w:tc>
        <w:tc>
          <w:tcPr>
            <w:tcW w:w="4968" w:type="dxa"/>
            <w:shd w:val="clear" w:color="auto" w:fill="F2F2F2"/>
          </w:tcPr>
          <w:p w14:paraId="0050E03D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Segoe UI Emoji" w:hAnsi="Segoe UI Emoji" w:cs="Segoe UI Emoji"/>
                <w:b/>
                <w:sz w:val="24"/>
                <w:szCs w:val="24"/>
              </w:rPr>
              <w:t>🧳</w:t>
            </w:r>
            <w:r w:rsidRPr="003C72F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WALIZKA (Co zabieramy w przyszłość?)</w:t>
            </w:r>
          </w:p>
        </w:tc>
      </w:tr>
      <w:tr w:rsidR="00311FE5" w:rsidRPr="003C72F7" w14:paraId="01F7473E" w14:textId="77777777">
        <w:tc>
          <w:tcPr>
            <w:tcW w:w="4968" w:type="dxa"/>
          </w:tcPr>
          <w:p w14:paraId="453755E1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4968" w:type="dxa"/>
          </w:tcPr>
          <w:p w14:paraId="76E673D9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0674CF4C" w14:textId="77777777" w:rsidR="00311FE5" w:rsidRPr="003C72F7" w:rsidRDefault="00311FE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A414BCF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2. Analiza Filologiczna </w:t>
      </w:r>
      <w:proofErr w:type="spellStart"/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>Metofor</w:t>
      </w:r>
      <w:proofErr w:type="spellEnd"/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 xml:space="preserve"> („Do kołyski” – Dżem)</w:t>
      </w:r>
    </w:p>
    <w:p w14:paraId="460633AF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sz w:val="24"/>
          <w:szCs w:val="24"/>
          <w:lang w:val="pl-PL"/>
        </w:rPr>
        <w:t>Przeczytaj poniższe cytaty z piosenki i wyjaśnij ich ukryte, metaforyczne znaczenie w kontekście losów Romana ze spektaklu „NIE ZAMYKAJ”.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311FE5" w:rsidRPr="003C72F7" w14:paraId="75643ACF" w14:textId="77777777">
        <w:tc>
          <w:tcPr>
            <w:tcW w:w="4968" w:type="dxa"/>
            <w:shd w:val="clear" w:color="auto" w:fill="E2EFDA"/>
          </w:tcPr>
          <w:p w14:paraId="76F995EA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>Cytat</w:t>
            </w:r>
            <w:proofErr w:type="spellEnd"/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>pieśni</w:t>
            </w:r>
            <w:proofErr w:type="spellEnd"/>
            <w:r w:rsidRPr="003C7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piosenki</w:t>
            </w:r>
          </w:p>
        </w:tc>
        <w:tc>
          <w:tcPr>
            <w:tcW w:w="4968" w:type="dxa"/>
            <w:shd w:val="clear" w:color="auto" w:fill="E2EFDA"/>
          </w:tcPr>
          <w:p w14:paraId="5FF92DF0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Wyjaśnienie metafory i kontekst losów Romana</w:t>
            </w:r>
          </w:p>
        </w:tc>
      </w:tr>
      <w:tr w:rsidR="00311FE5" w:rsidRPr="003C72F7" w14:paraId="3C8872E6" w14:textId="77777777">
        <w:tc>
          <w:tcPr>
            <w:tcW w:w="4968" w:type="dxa"/>
          </w:tcPr>
          <w:p w14:paraId="2131033F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„...ciemny wiatr porywa spokój,</w:t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historia niesie nas...”</w:t>
            </w:r>
          </w:p>
        </w:tc>
        <w:tc>
          <w:tcPr>
            <w:tcW w:w="4968" w:type="dxa"/>
          </w:tcPr>
          <w:p w14:paraId="70565F07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  <w:tr w:rsidR="00311FE5" w:rsidRPr="003C72F7" w14:paraId="0A5A780D" w14:textId="77777777">
        <w:tc>
          <w:tcPr>
            <w:tcW w:w="4968" w:type="dxa"/>
          </w:tcPr>
          <w:p w14:paraId="59ACB5FF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„...cały ten świat</w:t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nie znaczy nic a nic,</w:t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bez miłości...”</w:t>
            </w:r>
          </w:p>
        </w:tc>
        <w:tc>
          <w:tcPr>
            <w:tcW w:w="4968" w:type="dxa"/>
          </w:tcPr>
          <w:p w14:paraId="51CEECAD" w14:textId="77777777" w:rsidR="00311FE5" w:rsidRPr="003C72F7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C72F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4BBC3DF9" w14:textId="77777777" w:rsidR="00311FE5" w:rsidRPr="003C72F7" w:rsidRDefault="00311FE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FA25C97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3. Kawiarnia Wiedzy (World </w:t>
      </w:r>
      <w:proofErr w:type="spellStart"/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>Cafe</w:t>
      </w:r>
      <w:proofErr w:type="spellEnd"/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>) – Notatki z dyskusji</w:t>
      </w:r>
    </w:p>
    <w:p w14:paraId="62C6CC3E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sz w:val="24"/>
          <w:szCs w:val="24"/>
          <w:lang w:val="pl-PL"/>
        </w:rPr>
        <w:t>Zapisz najważniejsze myśli i wnioski, jakie wypracowaliście wspólnie w grupach podczas rotacji stolików wokół pytania Waszego stolika:</w:t>
      </w:r>
    </w:p>
    <w:p w14:paraId="7F9659FC" w14:textId="6BB96055" w:rsidR="00311FE5" w:rsidRPr="003C72F7" w:rsidRDefault="00000000">
      <w:pPr>
        <w:ind w:left="720" w:right="720"/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sz w:val="24"/>
          <w:szCs w:val="24"/>
          <w:lang w:val="pl-PL"/>
        </w:rPr>
        <w:t>Pytanie stolika: ............................................................................................................................</w:t>
      </w:r>
      <w:r w:rsidRPr="003C72F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C72F7">
        <w:rPr>
          <w:rFonts w:ascii="Times New Roman" w:hAnsi="Times New Roman" w:cs="Times New Roman"/>
          <w:sz w:val="24"/>
          <w:szCs w:val="24"/>
          <w:lang w:val="pl-PL"/>
        </w:rPr>
        <w:br/>
        <w:t>Notatki / Wnioski grupy:</w:t>
      </w:r>
      <w:r w:rsidRPr="003C72F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C72F7">
        <w:rPr>
          <w:rFonts w:ascii="Times New Roman" w:hAnsi="Times New Roman" w:cs="Times New Roman"/>
          <w:sz w:val="24"/>
          <w:szCs w:val="24"/>
          <w:lang w:val="pl-PL"/>
        </w:rPr>
        <w:br/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</w:t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br/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br/>
      </w:r>
      <w:r w:rsidR="003C72F7" w:rsidRPr="003C72F7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4607153A" w14:textId="77777777" w:rsidR="00311FE5" w:rsidRPr="003C72F7" w:rsidRDefault="00311FE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8C63581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b/>
          <w:sz w:val="24"/>
          <w:szCs w:val="24"/>
          <w:lang w:val="pl-PL"/>
        </w:rPr>
        <w:t>Zadanie 4. Wypowiedź Argumentacyjna (Praca domowa)</w:t>
      </w:r>
    </w:p>
    <w:p w14:paraId="06FF4AC4" w14:textId="77777777" w:rsidR="00311FE5" w:rsidRPr="003C72F7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C72F7">
        <w:rPr>
          <w:rFonts w:ascii="Times New Roman" w:hAnsi="Times New Roman" w:cs="Times New Roman"/>
          <w:sz w:val="24"/>
          <w:szCs w:val="24"/>
          <w:lang w:val="pl-PL"/>
        </w:rPr>
        <w:t>Napisz krótką wypowiedź argumentacyjną (rozprawkę lub głos w dyskusji na min. 80 słów), w której ustosunkujesz się do słów Dziadka: „Bądź odważny, nie odpuszczaj, walcz o to, co dla Ciebie ważne”. Wykorzystaj argumenty ze spektaklu oraz z tekstu piosenki „Do kołyski”.</w:t>
      </w:r>
    </w:p>
    <w:p w14:paraId="0AE3FDD3" w14:textId="7BBACBC7" w:rsidR="00311FE5" w:rsidRPr="003C72F7" w:rsidRDefault="00000000">
      <w:pPr>
        <w:rPr>
          <w:rFonts w:ascii="Times New Roman" w:hAnsi="Times New Roman" w:cs="Times New Roman"/>
          <w:sz w:val="24"/>
          <w:szCs w:val="24"/>
        </w:rPr>
      </w:pPr>
      <w:r w:rsidRPr="003C72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C72F7">
        <w:rPr>
          <w:rFonts w:ascii="Times New Roman" w:hAnsi="Times New Roman" w:cs="Times New Roman"/>
          <w:sz w:val="24"/>
          <w:szCs w:val="24"/>
        </w:rPr>
        <w:br/>
      </w:r>
    </w:p>
    <w:sectPr w:rsidR="00311FE5" w:rsidRPr="003C72F7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877352">
    <w:abstractNumId w:val="8"/>
  </w:num>
  <w:num w:numId="2" w16cid:durableId="2141417367">
    <w:abstractNumId w:val="6"/>
  </w:num>
  <w:num w:numId="3" w16cid:durableId="201675053">
    <w:abstractNumId w:val="5"/>
  </w:num>
  <w:num w:numId="4" w16cid:durableId="1499807771">
    <w:abstractNumId w:val="4"/>
  </w:num>
  <w:num w:numId="5" w16cid:durableId="1050768093">
    <w:abstractNumId w:val="7"/>
  </w:num>
  <w:num w:numId="6" w16cid:durableId="654845083">
    <w:abstractNumId w:val="3"/>
  </w:num>
  <w:num w:numId="7" w16cid:durableId="1688436123">
    <w:abstractNumId w:val="2"/>
  </w:num>
  <w:num w:numId="8" w16cid:durableId="113446243">
    <w:abstractNumId w:val="1"/>
  </w:num>
  <w:num w:numId="9" w16cid:durableId="2487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1FE5"/>
    <w:rsid w:val="00326F90"/>
    <w:rsid w:val="003C72F7"/>
    <w:rsid w:val="0061400E"/>
    <w:rsid w:val="00AA1D8D"/>
    <w:rsid w:val="00B47730"/>
    <w:rsid w:val="00CB0664"/>
    <w:rsid w:val="00EF44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12BBD"/>
  <w14:defaultImageDpi w14:val="300"/>
  <w15:docId w15:val="{0228BA87-58AF-446F-9B22-4D0EB7FE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2026-10-15T19:27:00Z</dcterms:created>
  <dcterms:modified xsi:type="dcterms:W3CDTF">2026-10-15T19:27:00Z</dcterms:modified>
  <cp:category/>
</cp:coreProperties>
</file>