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1AAE1" w14:textId="77777777" w:rsidR="008C4149" w:rsidRPr="002D0102" w:rsidRDefault="00000000">
      <w:pPr>
        <w:pStyle w:val="Nagwek1"/>
        <w:spacing w:before="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color w:val="1F4E79"/>
          <w:sz w:val="24"/>
          <w:szCs w:val="24"/>
          <w:lang w:val="pl-PL"/>
        </w:rPr>
        <w:t>INSTRUKCJA WARSZTATÓW: WORLD CAFÉ</w:t>
      </w:r>
    </w:p>
    <w:p w14:paraId="34E56377" w14:textId="35D396A5" w:rsidR="008C4149" w:rsidRPr="002D0102" w:rsidRDefault="00000000">
      <w:pPr>
        <w:pStyle w:val="Nagwek2"/>
        <w:spacing w:before="80"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C00000"/>
          <w:sz w:val="24"/>
          <w:szCs w:val="24"/>
        </w:rPr>
        <w:t>🔴</w:t>
      </w:r>
      <w:r w:rsidRPr="002D0102">
        <w:rPr>
          <w:rFonts w:ascii="Times New Roman" w:hAnsi="Times New Roman" w:cs="Times New Roman"/>
          <w:color w:val="C00000"/>
          <w:sz w:val="24"/>
          <w:szCs w:val="24"/>
          <w:lang w:val="pl-PL"/>
        </w:rPr>
        <w:t xml:space="preserve"> STOLIK 1: Mosty </w:t>
      </w:r>
      <w:r w:rsidR="002D0102">
        <w:rPr>
          <w:rFonts w:ascii="Times New Roman" w:hAnsi="Times New Roman" w:cs="Times New Roman"/>
          <w:color w:val="C00000"/>
          <w:sz w:val="24"/>
          <w:szCs w:val="24"/>
          <w:lang w:val="pl-PL"/>
        </w:rPr>
        <w:t>j</w:t>
      </w:r>
      <w:r w:rsidRPr="002D0102">
        <w:rPr>
          <w:rFonts w:ascii="Times New Roman" w:hAnsi="Times New Roman" w:cs="Times New Roman"/>
          <w:color w:val="C00000"/>
          <w:sz w:val="24"/>
          <w:szCs w:val="24"/>
          <w:lang w:val="pl-PL"/>
        </w:rPr>
        <w:t xml:space="preserve">ęzykowe i </w:t>
      </w:r>
      <w:r w:rsidR="002D0102">
        <w:rPr>
          <w:rFonts w:ascii="Times New Roman" w:hAnsi="Times New Roman" w:cs="Times New Roman"/>
          <w:color w:val="C00000"/>
          <w:sz w:val="24"/>
          <w:szCs w:val="24"/>
          <w:lang w:val="pl-PL"/>
        </w:rPr>
        <w:t>k</w:t>
      </w:r>
      <w:r w:rsidRPr="002D0102">
        <w:rPr>
          <w:rFonts w:ascii="Times New Roman" w:hAnsi="Times New Roman" w:cs="Times New Roman"/>
          <w:color w:val="C00000"/>
          <w:sz w:val="24"/>
          <w:szCs w:val="24"/>
          <w:lang w:val="pl-PL"/>
        </w:rPr>
        <w:t>ulturowe</w:t>
      </w:r>
    </w:p>
    <w:p w14:paraId="5F25967C" w14:textId="77777777" w:rsidR="008C4149" w:rsidRPr="002D0102" w:rsidRDefault="00000000">
      <w:pPr>
        <w:pStyle w:val="Nagwek3"/>
        <w:spacing w:after="8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🎯</w:t>
      </w:r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Pytanie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przewodnie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stolika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C4149" w:rsidRPr="002D0102" w14:paraId="7E3731BF" w14:textId="77777777">
        <w:trPr>
          <w:jc w:val="center"/>
        </w:trPr>
        <w:tc>
          <w:tcPr>
            <w:tcW w:w="9360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00AED1C" w14:textId="77777777" w:rsidR="008C4149" w:rsidRPr="002D0102" w:rsidRDefault="00000000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D0102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Jak możemy pomóc rówieśnikom z zagranicy (np. z Ukrainy) poczuć się dobrze w naszej szkole i mieście?</w:t>
            </w:r>
          </w:p>
        </w:tc>
      </w:tr>
    </w:tbl>
    <w:p w14:paraId="267C5FC7" w14:textId="77777777" w:rsidR="008C4149" w:rsidRPr="002D0102" w:rsidRDefault="008C4149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0C7324A5" w14:textId="77777777" w:rsidR="008C4149" w:rsidRPr="002D0102" w:rsidRDefault="00000000">
      <w:pPr>
        <w:pStyle w:val="Nagwek3"/>
        <w:spacing w:after="8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⏱️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Harmonogram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czasu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pracy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>:</w:t>
      </w:r>
    </w:p>
    <w:p w14:paraId="38518F21" w14:textId="6B5D1B89" w:rsidR="008C4149" w:rsidRPr="002D0102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Faza przygotowawcza: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3 minuty – Podział na role, zajęcie miejsc i wprowadzenie.</w:t>
      </w:r>
    </w:p>
    <w:p w14:paraId="2BECBFE1" w14:textId="1ED51BCF" w:rsidR="008C4149" w:rsidRPr="002D0102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Faza rotacyjna: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3 rundy x 5 minut – Praca grup roboczych (rotacja na sygnał).</w:t>
      </w:r>
    </w:p>
    <w:p w14:paraId="3489DAE1" w14:textId="2996671F" w:rsidR="008C4149" w:rsidRPr="002D0102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Faza podsumowania: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2 minuty – Samodzielne uporządkowanie wniosków przez Gospodarza.</w:t>
      </w:r>
    </w:p>
    <w:p w14:paraId="279EAFCC" w14:textId="10095FEB" w:rsidR="008C4149" w:rsidRPr="002D0102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Faza prezentacji: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2 minuty na stolik – Oficjalne wystąpienia Gospodarzy na forum.</w:t>
      </w:r>
    </w:p>
    <w:p w14:paraId="0DCAF895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👥</w:t>
      </w:r>
      <w:r w:rsidRPr="002D0102">
        <w:rPr>
          <w:rFonts w:ascii="Times New Roman" w:hAnsi="Times New Roman" w:cs="Times New Roman"/>
          <w:color w:val="595959"/>
          <w:sz w:val="24"/>
          <w:szCs w:val="24"/>
          <w:lang w:val="pl-PL"/>
        </w:rPr>
        <w:t xml:space="preserve"> Instrukcja dla uczestników rotujących (Gości):</w:t>
      </w:r>
    </w:p>
    <w:p w14:paraId="3EAF2CF1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1. Pracujcie dynamicznie: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Macie dokładnie 5 minut na każdym stoliku.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Przejdźcie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konkretów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bez zbędnych wstępów.</w:t>
      </w:r>
    </w:p>
    <w:p w14:paraId="615BF7F5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2. Budujcie na pomysłach innych: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Przeczytajcie zapiski poprzedników. Nie powtarzajcie pomysłów – rozwińcie je, dodajcie strzałki, komentarze lub szczegóły.</w:t>
      </w:r>
    </w:p>
    <w:p w14:paraId="20446D1D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3. Piszcie hasłowo i czytelnie: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Zapisujcie realne rozwiązania i konkretne akcje (np. zamiast 'zorganizować pomoc' napiszcie 'prowadzić korepetycje rówieśnicze w środy').</w:t>
      </w:r>
    </w:p>
    <w:p w14:paraId="7C1AB5B7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4. Słuchajcie wprowadzenia: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przyjściu do nowego stolika wysłuchajcie krótkiego (30 sekund) wprowadzenia od Gospodarza.</w:t>
      </w:r>
    </w:p>
    <w:p w14:paraId="27BA38ED" w14:textId="187EA3BA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5. Rotacja na sygnał: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Na sygnał dźwiękowy prowadzącego natychmiast odłóżcie markery i</w:t>
      </w:r>
      <w:r w:rsidR="002D0102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>przejdźcie do kolejnego stanowiska.</w:t>
      </w:r>
    </w:p>
    <w:p w14:paraId="2E2690EC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🎩</w:t>
      </w:r>
      <w:r w:rsidRPr="002D0102">
        <w:rPr>
          <w:rFonts w:ascii="Times New Roman" w:hAnsi="Times New Roman" w:cs="Times New Roman"/>
          <w:color w:val="595959"/>
          <w:sz w:val="24"/>
          <w:szCs w:val="24"/>
          <w:lang w:val="pl-PL"/>
        </w:rPr>
        <w:t xml:space="preserve"> Instrukcja dla Gospodarza Stolika:</w:t>
      </w:r>
    </w:p>
    <w:p w14:paraId="189289C0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1. Stałe stanowisko: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Nie rotujesz. Pozostajesz przy tym stoliku przez cały czas trwania warsztatów.</w:t>
      </w:r>
    </w:p>
    <w:p w14:paraId="48BB4053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2. Witaj grupy i wprowadzaj: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Gdy nowa grupa podchodzi, w ciągu 30 sekund opowiedz im, co najciekawszego wypracowali Twoi poprzedni goście.</w:t>
      </w:r>
    </w:p>
    <w:p w14:paraId="529F851F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3. Moderuj dyskusję: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Dbaj o to, by dyskusja skupiała się wyłącznie wokół głównego pytania.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Zachęcaj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nieśmiałe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do zabierania głosu.</w:t>
      </w:r>
    </w:p>
    <w:p w14:paraId="4CC2CF5A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4. Przygotuj finałowe wnioski: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ostatniej rundzie wybierz z arkusza A1 2-3 najbardziej konkretne i realne pomysły na akcje społeczne.</w:t>
      </w:r>
    </w:p>
    <w:p w14:paraId="68998869" w14:textId="47490DBE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 xml:space="preserve">5. </w:t>
      </w:r>
      <w:r w:rsidR="002D0102">
        <w:rPr>
          <w:rFonts w:ascii="Times New Roman" w:hAnsi="Times New Roman" w:cs="Times New Roman"/>
          <w:b/>
          <w:sz w:val="24"/>
          <w:szCs w:val="24"/>
          <w:lang w:val="pl-PL"/>
        </w:rPr>
        <w:t>Przemów na</w:t>
      </w: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 xml:space="preserve"> forum: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Zaprezentuj wybrane pomysły na projekty przed całą klasą (czas wystąpienia: max. 2 minuty).</w:t>
      </w:r>
    </w:p>
    <w:p w14:paraId="65130061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lastRenderedPageBreak/>
        <w:t>❓</w:t>
      </w:r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Pytania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pomocnicze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do dyskusji:</w:t>
      </w:r>
    </w:p>
    <w:p w14:paraId="25027A15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Co możemy zrobić bezpośrednio w klasie, a co w przestrzeni całej szkoły?</w:t>
      </w:r>
    </w:p>
    <w:p w14:paraId="6B12403B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Jak skutecznie przełamać barierę językową i kulturową podczas przerw?</w:t>
      </w:r>
    </w:p>
    <w:p w14:paraId="36371803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Jakie wspólne inicjatywy pozalekcyjne pomogłyby im poznać nasze miasto?</w:t>
      </w:r>
    </w:p>
    <w:p w14:paraId="7AA0F93D" w14:textId="77777777" w:rsidR="008C4149" w:rsidRPr="002D0102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0C868450" w14:textId="77777777" w:rsidR="008C4149" w:rsidRPr="002D0102" w:rsidRDefault="00000000">
      <w:pPr>
        <w:pStyle w:val="Nagwek1"/>
        <w:spacing w:before="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color w:val="1F4E79"/>
          <w:sz w:val="24"/>
          <w:szCs w:val="24"/>
          <w:lang w:val="pl-PL"/>
        </w:rPr>
        <w:lastRenderedPageBreak/>
        <w:t>INSTRUKCJA WARSZTATÓW: WORLD CAFÉ</w:t>
      </w:r>
    </w:p>
    <w:p w14:paraId="1F8E9AF3" w14:textId="77777777" w:rsidR="008C4149" w:rsidRPr="002D0102" w:rsidRDefault="00000000">
      <w:pPr>
        <w:pStyle w:val="Nagwek2"/>
        <w:spacing w:before="80"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0070C0"/>
          <w:sz w:val="24"/>
          <w:szCs w:val="24"/>
        </w:rPr>
        <w:t>🔵</w:t>
      </w:r>
      <w:r w:rsidRPr="002D0102">
        <w:rPr>
          <w:rFonts w:ascii="Times New Roman" w:hAnsi="Times New Roman" w:cs="Times New Roman"/>
          <w:color w:val="0070C0"/>
          <w:sz w:val="24"/>
          <w:szCs w:val="24"/>
          <w:lang w:val="pl-PL"/>
        </w:rPr>
        <w:t xml:space="preserve"> STOLIK 2: Niewidzialni wokół nas</w:t>
      </w:r>
    </w:p>
    <w:p w14:paraId="3CDB245C" w14:textId="77777777" w:rsidR="008C4149" w:rsidRPr="002D0102" w:rsidRDefault="00000000">
      <w:pPr>
        <w:pStyle w:val="Nagwek3"/>
        <w:spacing w:after="8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🎯</w:t>
      </w:r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Pytanie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przewodnie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stolika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C4149" w:rsidRPr="002D0102" w14:paraId="54182857" w14:textId="77777777">
        <w:trPr>
          <w:jc w:val="center"/>
        </w:trPr>
        <w:tc>
          <w:tcPr>
            <w:tcW w:w="9360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E0EAD39" w14:textId="77777777" w:rsidR="008C4149" w:rsidRPr="002D0102" w:rsidRDefault="00000000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D0102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Jak możemy bezinteresownie pomóc osobom samotnym, starszym lub potrzebującym w naszej lokalnej społeczności?</w:t>
            </w:r>
          </w:p>
        </w:tc>
      </w:tr>
    </w:tbl>
    <w:p w14:paraId="3DD07A22" w14:textId="77777777" w:rsidR="008C4149" w:rsidRPr="002D0102" w:rsidRDefault="008C4149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01EA2CBE" w14:textId="77777777" w:rsidR="008C4149" w:rsidRPr="002D0102" w:rsidRDefault="00000000">
      <w:pPr>
        <w:pStyle w:val="Nagwek3"/>
        <w:spacing w:after="8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⏱️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Harmonogram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czasu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pracy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>:</w:t>
      </w:r>
    </w:p>
    <w:p w14:paraId="0FC325F4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 Faza przygotowawcza: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3 minuty – Podział na role, zajęcie miejsc i wprowadzenie.</w:t>
      </w:r>
    </w:p>
    <w:p w14:paraId="4C93CC92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 Faza rotacyjna: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3 rundy x 5 minut – Praca grup roboczych (rotacja na sygnał).</w:t>
      </w:r>
    </w:p>
    <w:p w14:paraId="5D1BE018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 Faza podsumowania: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2 minuty – Samodzielne uporządkowanie wniosków przez Gospodarza.</w:t>
      </w:r>
    </w:p>
    <w:p w14:paraId="1170D782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 Faza prezentacji: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2 minuty na stolik – Oficjalne wystąpienia Gospodarzy na forum.</w:t>
      </w:r>
    </w:p>
    <w:p w14:paraId="31084116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👥</w:t>
      </w:r>
      <w:r w:rsidRPr="002D0102">
        <w:rPr>
          <w:rFonts w:ascii="Times New Roman" w:hAnsi="Times New Roman" w:cs="Times New Roman"/>
          <w:color w:val="595959"/>
          <w:sz w:val="24"/>
          <w:szCs w:val="24"/>
          <w:lang w:val="pl-PL"/>
        </w:rPr>
        <w:t xml:space="preserve"> Instrukcja dla uczestników rotujących (Gości):</w:t>
      </w:r>
    </w:p>
    <w:p w14:paraId="24B5BEF0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1. Pracujcie dynamicznie: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Macie dokładnie 5 minut na każdym stoliku.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Przejdźcie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konkretów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bez zbędnych wstępów.</w:t>
      </w:r>
    </w:p>
    <w:p w14:paraId="6B6ABDC6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2. Budujcie na pomysłach innych: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Przeczytajcie zapiski poprzedników. Nie powtarzajcie pomysłów – rozwińcie je, dodajcie strzałki, komentarze lub szczegóły.</w:t>
      </w:r>
    </w:p>
    <w:p w14:paraId="78FF44CB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3. Piszcie hasłowo i czytelnie: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Zapisujcie realne rozwiązania i konkretne akcje (np. zamiast 'zorganizować pomoc' napiszcie 'prowadzić korepetycje rówieśnicze w środy').</w:t>
      </w:r>
    </w:p>
    <w:p w14:paraId="73FF274A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4. Słuchajcie wprowadzenia: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przyjściu do nowego stolika wysłuchajcie krótkiego (30 sekund) wprowadzenia od Gospodarza.</w:t>
      </w:r>
    </w:p>
    <w:p w14:paraId="1E93325A" w14:textId="6D633789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5. Rotacja na sygnał: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Na sygnał dźwiękowy prowadzącego natychmiast odłóżcie markery i</w:t>
      </w:r>
      <w:r w:rsidR="002D0102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>przejdźcie do kolejnego stanowiska.</w:t>
      </w:r>
    </w:p>
    <w:p w14:paraId="0FFF72E7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🎩</w:t>
      </w:r>
      <w:r w:rsidRPr="002D0102">
        <w:rPr>
          <w:rFonts w:ascii="Times New Roman" w:hAnsi="Times New Roman" w:cs="Times New Roman"/>
          <w:color w:val="595959"/>
          <w:sz w:val="24"/>
          <w:szCs w:val="24"/>
          <w:lang w:val="pl-PL"/>
        </w:rPr>
        <w:t xml:space="preserve"> Instrukcja dla Gospodarza Stolika:</w:t>
      </w:r>
    </w:p>
    <w:p w14:paraId="55E7B0FA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1. Stałe stanowisko: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Nie rotujesz. Pozostajesz przy tym stoliku przez cały czas trwania warsztatów.</w:t>
      </w:r>
    </w:p>
    <w:p w14:paraId="347D5557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2. Witaj grupy i wprowadzaj: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Gdy nowa grupa podchodzi, w ciągu 30 sekund opowiedz im, co najciekawszego wypracowali Twoi poprzedni goście.</w:t>
      </w:r>
    </w:p>
    <w:p w14:paraId="473FC15F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3. Moderuj dyskusję: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Dbaj o to, by dyskusja skupiała się wyłącznie wokół głównego pytania.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Zachęcaj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nieśmiałe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do zabierania głosu.</w:t>
      </w:r>
    </w:p>
    <w:p w14:paraId="73EA4063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4. Przygotuj finałowe wnioski: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ostatniej rundzie wybierz z arkusza A1 2-3 najbardziej konkretne i realne pomysły na akcje społeczne.</w:t>
      </w:r>
    </w:p>
    <w:p w14:paraId="7CB4FEDC" w14:textId="34A7569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 xml:space="preserve">5. </w:t>
      </w:r>
      <w:r w:rsidR="002D0102">
        <w:rPr>
          <w:rFonts w:ascii="Times New Roman" w:hAnsi="Times New Roman" w:cs="Times New Roman"/>
          <w:b/>
          <w:sz w:val="24"/>
          <w:szCs w:val="24"/>
          <w:lang w:val="pl-PL"/>
        </w:rPr>
        <w:t>Przemów na</w:t>
      </w: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 xml:space="preserve"> forum: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Zaprezentuj wybrane pomysły na projekty przed całą klasą (czas wystąpienia: max. 2 minuty).</w:t>
      </w:r>
    </w:p>
    <w:p w14:paraId="46A24983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  <w:lang w:val="pl-PL"/>
        </w:rPr>
        <w:lastRenderedPageBreak/>
        <w:t>❓</w:t>
      </w:r>
      <w:r w:rsidRPr="002D0102">
        <w:rPr>
          <w:rFonts w:ascii="Times New Roman" w:hAnsi="Times New Roman" w:cs="Times New Roman"/>
          <w:color w:val="595959"/>
          <w:sz w:val="24"/>
          <w:szCs w:val="24"/>
          <w:lang w:val="pl-PL"/>
        </w:rPr>
        <w:t xml:space="preserve"> Pytania pomocnicze do dyskusji:</w:t>
      </w:r>
    </w:p>
    <w:p w14:paraId="5AEB0FB7" w14:textId="58B27F12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Czego te osoby najbardziej potrzebują (towarzystwa, drobnych zakupów, pomocy z</w:t>
      </w:r>
      <w:r w:rsidR="002D0102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>technologią)?</w:t>
      </w:r>
    </w:p>
    <w:p w14:paraId="06C6B341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W jaki bezpieczny i pełen szacunku sposób możemy do nich dotrzeć?</w:t>
      </w:r>
    </w:p>
    <w:p w14:paraId="0FD77AF1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Jak możemy zorganizować stałą pomoc, która nie skończy się na jednej akcji?</w:t>
      </w:r>
    </w:p>
    <w:p w14:paraId="5894171D" w14:textId="77777777" w:rsidR="008C4149" w:rsidRPr="002D0102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444789C7" w14:textId="77777777" w:rsidR="008C4149" w:rsidRPr="002D0102" w:rsidRDefault="00000000">
      <w:pPr>
        <w:pStyle w:val="Nagwek1"/>
        <w:spacing w:before="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color w:val="1F4E79"/>
          <w:sz w:val="24"/>
          <w:szCs w:val="24"/>
          <w:lang w:val="pl-PL"/>
        </w:rPr>
        <w:lastRenderedPageBreak/>
        <w:t>INSTRUKCJA WARSZTATÓW: WORLD CAFÉ</w:t>
      </w:r>
    </w:p>
    <w:p w14:paraId="077D73C2" w14:textId="77777777" w:rsidR="008C4149" w:rsidRPr="002D0102" w:rsidRDefault="00000000">
      <w:pPr>
        <w:pStyle w:val="Nagwek2"/>
        <w:spacing w:before="80"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008000"/>
          <w:sz w:val="24"/>
          <w:szCs w:val="24"/>
        </w:rPr>
        <w:t>🟢</w:t>
      </w:r>
      <w:r w:rsidRPr="002D0102">
        <w:rPr>
          <w:rFonts w:ascii="Times New Roman" w:hAnsi="Times New Roman" w:cs="Times New Roman"/>
          <w:color w:val="008000"/>
          <w:sz w:val="24"/>
          <w:szCs w:val="24"/>
          <w:lang w:val="pl-PL"/>
        </w:rPr>
        <w:t xml:space="preserve"> STOLIK 3: Szkolna Przestrzeń Współpracy</w:t>
      </w:r>
    </w:p>
    <w:p w14:paraId="72CE927F" w14:textId="77777777" w:rsidR="008C4149" w:rsidRPr="002D0102" w:rsidRDefault="00000000">
      <w:pPr>
        <w:pStyle w:val="Nagwek3"/>
        <w:spacing w:after="8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🎯</w:t>
      </w:r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Pytanie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przewodnie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stolika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C4149" w:rsidRPr="002D0102" w14:paraId="4677F85C" w14:textId="77777777">
        <w:trPr>
          <w:jc w:val="center"/>
        </w:trPr>
        <w:tc>
          <w:tcPr>
            <w:tcW w:w="9360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9D6F4BD" w14:textId="77777777" w:rsidR="008C4149" w:rsidRPr="002D0102" w:rsidRDefault="00000000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D0102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Jak możemy zaaranżować czas wolny na przerwach, by nikt nie stał sam pod ścianą?</w:t>
            </w:r>
          </w:p>
        </w:tc>
      </w:tr>
    </w:tbl>
    <w:p w14:paraId="037FCB73" w14:textId="77777777" w:rsidR="008C4149" w:rsidRPr="002D0102" w:rsidRDefault="008C4149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58ACAF13" w14:textId="77777777" w:rsidR="008C4149" w:rsidRPr="002D0102" w:rsidRDefault="00000000">
      <w:pPr>
        <w:pStyle w:val="Nagwek3"/>
        <w:spacing w:after="8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⏱️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Harmonogram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czasu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pracy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>:</w:t>
      </w:r>
    </w:p>
    <w:p w14:paraId="73C563DC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 Faza przygotowawcza: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3 minuty – Podział na role, zajęcie miejsc i wprowadzenie.</w:t>
      </w:r>
    </w:p>
    <w:p w14:paraId="7694E7B4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 Faza rotacyjna: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3 rundy x 5 minut – Praca grup roboczych (rotacja na sygnał).</w:t>
      </w:r>
    </w:p>
    <w:p w14:paraId="4989DD1A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 Faza podsumowania: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2 minuty – Samodzielne uporządkowanie wniosków przez Gospodarza.</w:t>
      </w:r>
    </w:p>
    <w:p w14:paraId="48F3F9E6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 Faza prezentacji: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2 minuty na stolik – Oficjalne wystąpienia Gospodarzy na forum.</w:t>
      </w:r>
    </w:p>
    <w:p w14:paraId="52C6C305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👥</w:t>
      </w:r>
      <w:r w:rsidRPr="002D0102">
        <w:rPr>
          <w:rFonts w:ascii="Times New Roman" w:hAnsi="Times New Roman" w:cs="Times New Roman"/>
          <w:color w:val="595959"/>
          <w:sz w:val="24"/>
          <w:szCs w:val="24"/>
          <w:lang w:val="pl-PL"/>
        </w:rPr>
        <w:t xml:space="preserve"> Instrukcja dla uczestników rotujących (Gości):</w:t>
      </w:r>
    </w:p>
    <w:p w14:paraId="2E34882F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1. Pracujcie dynamicznie: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Macie dokładnie 5 minut na każdym stoliku.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Przejdźcie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konkretów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bez zbędnych wstępów.</w:t>
      </w:r>
    </w:p>
    <w:p w14:paraId="30594619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2. Budujcie na pomysłach innych: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Przeczytajcie zapiski poprzedników. Nie powtarzajcie pomysłów – rozwińcie je, dodajcie strzałki, komentarze lub szczegóły.</w:t>
      </w:r>
    </w:p>
    <w:p w14:paraId="6BE2EA72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3. Piszcie hasłowo i czytelnie: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Zapisujcie realne rozwiązania i konkretne akcje (np. zamiast 'zorganizować pomoc' napiszcie 'prowadzić korepetycje rówieśnicze w środy').</w:t>
      </w:r>
    </w:p>
    <w:p w14:paraId="7B490E8C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4. Słuchajcie wprowadzenia: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przyjściu do nowego stolika wysłuchajcie krótkiego (30 sekund) wprowadzenia od Gospodarza.</w:t>
      </w:r>
    </w:p>
    <w:p w14:paraId="3CC009DE" w14:textId="2CCED120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5. Rotacja na sygnał: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Na sygnał dźwiękowy prowadzącego natychmiast odłóżcie markery i</w:t>
      </w:r>
      <w:r w:rsidR="002D0102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>przejdźcie do kolejnego stanowiska.</w:t>
      </w:r>
    </w:p>
    <w:p w14:paraId="2E4770FA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t>🎩</w:t>
      </w:r>
      <w:r w:rsidRPr="002D0102">
        <w:rPr>
          <w:rFonts w:ascii="Times New Roman" w:hAnsi="Times New Roman" w:cs="Times New Roman"/>
          <w:color w:val="595959"/>
          <w:sz w:val="24"/>
          <w:szCs w:val="24"/>
          <w:lang w:val="pl-PL"/>
        </w:rPr>
        <w:t xml:space="preserve"> Instrukcja dla Gospodarza Stolika:</w:t>
      </w:r>
    </w:p>
    <w:p w14:paraId="05C5ECCF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1. Stałe stanowisko: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Nie rotujesz. Pozostajesz przy tym stoliku przez cały czas trwania warsztatów.</w:t>
      </w:r>
    </w:p>
    <w:p w14:paraId="151A6757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2. Witaj grupy i wprowadzaj: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Gdy nowa grupa podchodzi, w ciągu 30 sekund opowiedz im, co najciekawszego wypracowali Twoi poprzedni goście.</w:t>
      </w:r>
    </w:p>
    <w:p w14:paraId="30FB398A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3. Moderuj dyskusję: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Dbaj o to, by dyskusja skupiała się wyłącznie wokół głównego pytania.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Zachęcaj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nieśmiałe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2D0102">
        <w:rPr>
          <w:rFonts w:ascii="Times New Roman" w:hAnsi="Times New Roman" w:cs="Times New Roman"/>
          <w:sz w:val="24"/>
          <w:szCs w:val="24"/>
        </w:rPr>
        <w:t xml:space="preserve"> do zabierania głosu.</w:t>
      </w:r>
    </w:p>
    <w:p w14:paraId="30DB412B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4. Przygotuj finałowe wnioski: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Po ostatniej rundzie wybierz z arkusza A1 2-3 najbardziej konkretne i realne pomysły na akcje społeczne.</w:t>
      </w:r>
    </w:p>
    <w:p w14:paraId="665FE6E2" w14:textId="4327A2F4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 xml:space="preserve">5. </w:t>
      </w:r>
      <w:r w:rsidR="002D0102">
        <w:rPr>
          <w:rFonts w:ascii="Times New Roman" w:hAnsi="Times New Roman" w:cs="Times New Roman"/>
          <w:b/>
          <w:sz w:val="24"/>
          <w:szCs w:val="24"/>
          <w:lang w:val="pl-PL"/>
        </w:rPr>
        <w:t>Przemów na</w:t>
      </w: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 xml:space="preserve"> forum: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Zaprezentuj wybrane pomysły na projekty przed całą klasą (czas wystąpienia: max. 2 minuty).</w:t>
      </w:r>
    </w:p>
    <w:p w14:paraId="08296B42" w14:textId="77777777" w:rsidR="008C4149" w:rsidRPr="002D0102" w:rsidRDefault="00000000">
      <w:pPr>
        <w:pStyle w:val="Nagwek3"/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2D0102">
        <w:rPr>
          <w:rFonts w:ascii="Segoe UI Emoji" w:hAnsi="Segoe UI Emoji" w:cs="Segoe UI Emoji"/>
          <w:color w:val="595959"/>
          <w:sz w:val="24"/>
          <w:szCs w:val="24"/>
        </w:rPr>
        <w:lastRenderedPageBreak/>
        <w:t>❓</w:t>
      </w:r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Pytania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</w:t>
      </w:r>
      <w:proofErr w:type="spellStart"/>
      <w:r w:rsidRPr="002D0102">
        <w:rPr>
          <w:rFonts w:ascii="Times New Roman" w:hAnsi="Times New Roman" w:cs="Times New Roman"/>
          <w:color w:val="595959"/>
          <w:sz w:val="24"/>
          <w:szCs w:val="24"/>
        </w:rPr>
        <w:t>pomocnicze</w:t>
      </w:r>
      <w:proofErr w:type="spellEnd"/>
      <w:r w:rsidRPr="002D0102">
        <w:rPr>
          <w:rFonts w:ascii="Times New Roman" w:hAnsi="Times New Roman" w:cs="Times New Roman"/>
          <w:color w:val="595959"/>
          <w:sz w:val="24"/>
          <w:szCs w:val="24"/>
        </w:rPr>
        <w:t xml:space="preserve"> do dyskusji:</w:t>
      </w:r>
    </w:p>
    <w:p w14:paraId="38047FD2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Jakie strefy tematyczne lub kąciki zainteresowań mogłyby powstać na szkolnych korytarzach?</w:t>
      </w:r>
    </w:p>
    <w:p w14:paraId="1FA861A6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Jakie szybkie i proste gry/aktywności można wdrożyć bez dużego budżetu?</w:t>
      </w:r>
    </w:p>
    <w:p w14:paraId="19B6E64A" w14:textId="77777777" w:rsidR="008C4149" w:rsidRPr="002D0102" w:rsidRDefault="00000000" w:rsidP="002D0102">
      <w:pPr>
        <w:pStyle w:val="Listapunktowana"/>
        <w:numPr>
          <w:ilvl w:val="0"/>
          <w:numId w:val="0"/>
        </w:numPr>
        <w:spacing w:before="40" w:after="4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D0102">
        <w:rPr>
          <w:rFonts w:ascii="Times New Roman" w:hAnsi="Times New Roman" w:cs="Times New Roman"/>
          <w:b/>
          <w:sz w:val="24"/>
          <w:szCs w:val="24"/>
          <w:lang w:val="pl-PL"/>
        </w:rPr>
        <w:t>•</w:t>
      </w:r>
      <w:r w:rsidRPr="002D0102">
        <w:rPr>
          <w:rFonts w:ascii="Times New Roman" w:hAnsi="Times New Roman" w:cs="Times New Roman"/>
          <w:sz w:val="24"/>
          <w:szCs w:val="24"/>
          <w:lang w:val="pl-PL"/>
        </w:rPr>
        <w:t xml:space="preserve"> Jak zaangażować samych uczniów w dbanie o to, by nikt nie czuł się wykluczony?</w:t>
      </w:r>
    </w:p>
    <w:sectPr w:rsidR="008C4149" w:rsidRPr="002D010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5235119">
    <w:abstractNumId w:val="8"/>
  </w:num>
  <w:num w:numId="2" w16cid:durableId="793910341">
    <w:abstractNumId w:val="6"/>
  </w:num>
  <w:num w:numId="3" w16cid:durableId="1738280897">
    <w:abstractNumId w:val="5"/>
  </w:num>
  <w:num w:numId="4" w16cid:durableId="955595920">
    <w:abstractNumId w:val="4"/>
  </w:num>
  <w:num w:numId="5" w16cid:durableId="1916353765">
    <w:abstractNumId w:val="7"/>
  </w:num>
  <w:num w:numId="6" w16cid:durableId="1403913718">
    <w:abstractNumId w:val="3"/>
  </w:num>
  <w:num w:numId="7" w16cid:durableId="2102144154">
    <w:abstractNumId w:val="2"/>
  </w:num>
  <w:num w:numId="8" w16cid:durableId="1885023377">
    <w:abstractNumId w:val="1"/>
  </w:num>
  <w:num w:numId="9" w16cid:durableId="59436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0102"/>
    <w:rsid w:val="00307E16"/>
    <w:rsid w:val="00326F90"/>
    <w:rsid w:val="008C414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179B3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957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2026-10-11T17:46:00Z</dcterms:created>
  <dcterms:modified xsi:type="dcterms:W3CDTF">2026-10-11T17:46:00Z</dcterms:modified>
  <cp:category/>
</cp:coreProperties>
</file>