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18669" w14:textId="77777777" w:rsidR="00FA1BA2" w:rsidRPr="00001205" w:rsidRDefault="00000000">
      <w:pPr>
        <w:spacing w:after="8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001205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KARTA PRACY – KARTA INKUBATORA PROJEKTÓW</w:t>
      </w:r>
    </w:p>
    <w:p w14:paraId="647E5750" w14:textId="77777777" w:rsidR="00FA1BA2" w:rsidRPr="00001205" w:rsidRDefault="00000000">
      <w:pPr>
        <w:spacing w:after="36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001205">
        <w:rPr>
          <w:rFonts w:ascii="Times New Roman" w:hAnsi="Times New Roman" w:cs="Times New Roman"/>
          <w:b/>
          <w:color w:val="555555"/>
          <w:sz w:val="24"/>
          <w:szCs w:val="24"/>
          <w:lang w:val="pl-PL"/>
        </w:rPr>
        <w:t>Klasa VIII · Lekcja 2: Serca na dłoni</w:t>
      </w:r>
    </w:p>
    <w:p w14:paraId="5DE88AED" w14:textId="77777777" w:rsidR="00FA1BA2" w:rsidRPr="00001205" w:rsidRDefault="00000000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001205">
        <w:rPr>
          <w:rFonts w:ascii="Times New Roman" w:hAnsi="Times New Roman" w:cs="Times New Roman"/>
          <w:b/>
          <w:sz w:val="24"/>
          <w:szCs w:val="24"/>
          <w:lang w:val="pl-PL"/>
        </w:rPr>
        <w:t xml:space="preserve">Nazwa Zespołu Projektowego: </w:t>
      </w:r>
      <w:r w:rsidRPr="0000120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</w:t>
      </w:r>
    </w:p>
    <w:p w14:paraId="3D269165" w14:textId="77777777" w:rsidR="00FA1BA2" w:rsidRPr="00001205" w:rsidRDefault="00000000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001205">
        <w:rPr>
          <w:rFonts w:ascii="Times New Roman" w:hAnsi="Times New Roman" w:cs="Times New Roman"/>
          <w:b/>
          <w:sz w:val="24"/>
          <w:szCs w:val="24"/>
          <w:lang w:val="pl-PL"/>
        </w:rPr>
        <w:t xml:space="preserve">Imiona członków zespołu: </w:t>
      </w:r>
      <w:r w:rsidRPr="0000120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</w:t>
      </w:r>
    </w:p>
    <w:p w14:paraId="0BA4ADBB" w14:textId="77777777" w:rsidR="00FA1BA2" w:rsidRPr="00001205" w:rsidRDefault="00000000">
      <w:pPr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001205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METRYKA MINI-PROJEKTU SPOŁECZNEGO</w:t>
      </w:r>
    </w:p>
    <w:p w14:paraId="47A990D6" w14:textId="77777777" w:rsidR="00FA1BA2" w:rsidRPr="00001205" w:rsidRDefault="00000000">
      <w:pPr>
        <w:spacing w:before="12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001205">
        <w:rPr>
          <w:rFonts w:ascii="Times New Roman" w:hAnsi="Times New Roman" w:cs="Times New Roman"/>
          <w:b/>
          <w:sz w:val="24"/>
          <w:szCs w:val="24"/>
          <w:lang w:val="pl-PL"/>
        </w:rPr>
        <w:t>1. NAZWA PROJEKTU (Krótka, chwytliwa, np. „Wieża Zrozumienia”, „Kumpel z Sieci”):</w:t>
      </w:r>
    </w:p>
    <w:p w14:paraId="08A0569D" w14:textId="08DE40CB" w:rsidR="00FA1BA2" w:rsidRPr="00001205" w:rsidRDefault="00000000">
      <w:pPr>
        <w:spacing w:after="40"/>
        <w:rPr>
          <w:rFonts w:ascii="Times New Roman" w:hAnsi="Times New Roman" w:cs="Times New Roman"/>
          <w:sz w:val="24"/>
          <w:szCs w:val="24"/>
          <w:lang w:val="pl-PL"/>
        </w:rPr>
      </w:pPr>
      <w:r w:rsidRPr="00001205">
        <w:rPr>
          <w:rFonts w:ascii="Times New Roman" w:hAnsi="Times New Roman" w:cs="Times New Roman"/>
          <w:color w:val="AAAAAA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A278B65" w14:textId="77777777" w:rsidR="00FA1BA2" w:rsidRPr="00001205" w:rsidRDefault="00000000">
      <w:pPr>
        <w:spacing w:before="12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001205">
        <w:rPr>
          <w:rFonts w:ascii="Times New Roman" w:hAnsi="Times New Roman" w:cs="Times New Roman"/>
          <w:b/>
          <w:sz w:val="24"/>
          <w:szCs w:val="24"/>
          <w:lang w:val="pl-PL"/>
        </w:rPr>
        <w:t>2. CEL PROJEKTU (Jaki problem rówieśniczy lub społeczny chcecie rozwiązać? Do kogo kierujecie pomoc?):</w:t>
      </w:r>
    </w:p>
    <w:p w14:paraId="1630E142" w14:textId="69069544" w:rsidR="00FA1BA2" w:rsidRPr="00001205" w:rsidRDefault="00000000">
      <w:pPr>
        <w:spacing w:after="40"/>
        <w:rPr>
          <w:rFonts w:ascii="Times New Roman" w:hAnsi="Times New Roman" w:cs="Times New Roman"/>
          <w:sz w:val="24"/>
          <w:szCs w:val="24"/>
          <w:lang w:val="pl-PL"/>
        </w:rPr>
      </w:pPr>
      <w:r w:rsidRPr="00001205">
        <w:rPr>
          <w:rFonts w:ascii="Times New Roman" w:hAnsi="Times New Roman" w:cs="Times New Roman"/>
          <w:color w:val="AAAAAA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01205">
        <w:rPr>
          <w:rFonts w:ascii="Times New Roman" w:hAnsi="Times New Roman" w:cs="Times New Roman"/>
          <w:color w:val="AAAAAA"/>
          <w:sz w:val="24"/>
          <w:szCs w:val="24"/>
          <w:lang w:val="pl-PL"/>
        </w:rPr>
        <w:t>.......................................................................</w:t>
      </w:r>
    </w:p>
    <w:p w14:paraId="6C3E67A2" w14:textId="77777777" w:rsidR="00FA1BA2" w:rsidRPr="00001205" w:rsidRDefault="00000000">
      <w:pPr>
        <w:spacing w:before="12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001205">
        <w:rPr>
          <w:rFonts w:ascii="Times New Roman" w:hAnsi="Times New Roman" w:cs="Times New Roman"/>
          <w:b/>
          <w:sz w:val="24"/>
          <w:szCs w:val="24"/>
          <w:lang w:val="pl-PL"/>
        </w:rPr>
        <w:t>3. PLANOWANE DZIAŁANIE / AKCJA FLAGOWA (Opiszcie krok po kroku, co konkretnie zorganizujecie):</w:t>
      </w:r>
    </w:p>
    <w:p w14:paraId="375BE9EA" w14:textId="6B9DCCD8" w:rsidR="00B555B1" w:rsidRPr="00001205" w:rsidRDefault="00001205" w:rsidP="00001205">
      <w:pPr>
        <w:spacing w:after="40"/>
        <w:rPr>
          <w:rFonts w:ascii="Times New Roman" w:hAnsi="Times New Roman" w:cs="Times New Roman"/>
          <w:sz w:val="24"/>
          <w:szCs w:val="24"/>
          <w:lang w:val="pl-PL"/>
        </w:rPr>
      </w:pPr>
      <w:r w:rsidRPr="00001205">
        <w:rPr>
          <w:rFonts w:ascii="Times New Roman" w:hAnsi="Times New Roman" w:cs="Times New Roman"/>
          <w:color w:val="AAAAAA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555B1" w:rsidRPr="00001205">
        <w:rPr>
          <w:rFonts w:ascii="Times New Roman" w:hAnsi="Times New Roman" w:cs="Times New Roman"/>
          <w:color w:val="AAAAAA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555B1">
        <w:rPr>
          <w:rFonts w:ascii="Times New Roman" w:hAnsi="Times New Roman" w:cs="Times New Roman"/>
          <w:color w:val="AAAAAA"/>
          <w:sz w:val="24"/>
          <w:szCs w:val="24"/>
          <w:lang w:val="pl-PL"/>
        </w:rPr>
        <w:t>.......................................................................</w:t>
      </w:r>
      <w:r w:rsidRPr="00001205">
        <w:rPr>
          <w:rFonts w:ascii="Times New Roman" w:hAnsi="Times New Roman" w:cs="Times New Roman"/>
          <w:color w:val="AAAAAA"/>
          <w:sz w:val="24"/>
          <w:szCs w:val="24"/>
          <w:lang w:val="pl-PL"/>
        </w:rPr>
        <w:t>....................................................</w:t>
      </w:r>
      <w:r>
        <w:rPr>
          <w:rFonts w:ascii="Times New Roman" w:hAnsi="Times New Roman" w:cs="Times New Roman"/>
          <w:color w:val="AAAAAA"/>
          <w:sz w:val="24"/>
          <w:szCs w:val="24"/>
          <w:lang w:val="pl-PL"/>
        </w:rPr>
        <w:t>.......................................................................</w:t>
      </w:r>
      <w:r w:rsidR="00B555B1" w:rsidRPr="00001205">
        <w:rPr>
          <w:rFonts w:ascii="Times New Roman" w:hAnsi="Times New Roman" w:cs="Times New Roman"/>
          <w:color w:val="AAAAAA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555B1">
        <w:rPr>
          <w:rFonts w:ascii="Times New Roman" w:hAnsi="Times New Roman" w:cs="Times New Roman"/>
          <w:color w:val="AAAAAA"/>
          <w:sz w:val="24"/>
          <w:szCs w:val="24"/>
          <w:lang w:val="pl-PL"/>
        </w:rPr>
        <w:t>.......................................................................</w:t>
      </w:r>
    </w:p>
    <w:p w14:paraId="20C8DCED" w14:textId="0D3D0EB6" w:rsidR="00FA1BA2" w:rsidRPr="00001205" w:rsidRDefault="00000000" w:rsidP="00001205">
      <w:pPr>
        <w:spacing w:before="120" w:after="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01205">
        <w:rPr>
          <w:rFonts w:ascii="Times New Roman" w:hAnsi="Times New Roman" w:cs="Times New Roman"/>
          <w:b/>
          <w:sz w:val="24"/>
          <w:szCs w:val="24"/>
          <w:lang w:val="pl-PL"/>
        </w:rPr>
        <w:t>4. WSPÓŁPRACA Z FUNDACJĄ IM. MIKOŁAJA REJA (Jakich zasobów potrzebujecie od Fundacji? Np. opieka mentora, lokal na warsztaty, pomoc w</w:t>
      </w:r>
      <w:r w:rsidR="00001205">
        <w:rPr>
          <w:rFonts w:ascii="Times New Roman" w:hAnsi="Times New Roman" w:cs="Times New Roman"/>
          <w:b/>
          <w:sz w:val="24"/>
          <w:szCs w:val="24"/>
          <w:lang w:val="pl-PL"/>
        </w:rPr>
        <w:t> </w:t>
      </w:r>
      <w:r w:rsidRPr="00001205">
        <w:rPr>
          <w:rFonts w:ascii="Times New Roman" w:hAnsi="Times New Roman" w:cs="Times New Roman"/>
          <w:b/>
          <w:sz w:val="24"/>
          <w:szCs w:val="24"/>
          <w:lang w:val="pl-PL"/>
        </w:rPr>
        <w:t>promocji, wolontariusze z Ukrainy):</w:t>
      </w:r>
    </w:p>
    <w:p w14:paraId="14B7678F" w14:textId="77777777" w:rsidR="00001205" w:rsidRPr="00001205" w:rsidRDefault="00001205" w:rsidP="00001205">
      <w:pPr>
        <w:spacing w:after="40"/>
        <w:rPr>
          <w:rFonts w:ascii="Times New Roman" w:hAnsi="Times New Roman" w:cs="Times New Roman"/>
          <w:sz w:val="24"/>
          <w:szCs w:val="24"/>
          <w:lang w:val="pl-PL"/>
        </w:rPr>
      </w:pPr>
      <w:r w:rsidRPr="00001205">
        <w:rPr>
          <w:rFonts w:ascii="Times New Roman" w:hAnsi="Times New Roman" w:cs="Times New Roman"/>
          <w:color w:val="AAAAAA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001205">
        <w:rPr>
          <w:rFonts w:ascii="Times New Roman" w:hAnsi="Times New Roman" w:cs="Times New Roman"/>
          <w:color w:val="AAAAAA"/>
          <w:sz w:val="24"/>
          <w:szCs w:val="24"/>
          <w:lang w:val="pl-PL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AAAAA"/>
          <w:sz w:val="24"/>
          <w:szCs w:val="24"/>
          <w:lang w:val="pl-PL"/>
        </w:rPr>
        <w:t>.......................................................................</w:t>
      </w:r>
    </w:p>
    <w:p w14:paraId="4F3B1C3C" w14:textId="515DF1F8" w:rsidR="00FA1BA2" w:rsidRPr="00001205" w:rsidRDefault="00000000">
      <w:pPr>
        <w:spacing w:before="28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001205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MOJA DEKLARACJA PRZYSZŁOŚCI (</w:t>
      </w:r>
      <w:r w:rsidR="00001205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i</w:t>
      </w:r>
      <w:r w:rsidRPr="00001205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ndywidualnie dla każdego ucznia)</w:t>
      </w:r>
    </w:p>
    <w:p w14:paraId="29B71A7E" w14:textId="77777777" w:rsidR="00FA1BA2" w:rsidRPr="00001205" w:rsidRDefault="00000000">
      <w:pPr>
        <w:spacing w:before="80" w:after="80"/>
        <w:rPr>
          <w:rFonts w:ascii="Times New Roman" w:hAnsi="Times New Roman" w:cs="Times New Roman"/>
          <w:sz w:val="24"/>
          <w:szCs w:val="24"/>
          <w:lang w:val="pl-PL"/>
        </w:rPr>
      </w:pPr>
      <w:r w:rsidRPr="00001205">
        <w:rPr>
          <w:rFonts w:ascii="Times New Roman" w:hAnsi="Times New Roman" w:cs="Times New Roman"/>
          <w:sz w:val="24"/>
          <w:szCs w:val="24"/>
          <w:lang w:val="pl-PL"/>
        </w:rPr>
        <w:t>Zastanów się nad przejściem do szkoły średniej. Wolontariat systemowy pozwala radzić sobie z lękiem przed nowym otoczeniem, dając poczucie wpływu. Zaznacz krzyżykiem (X) obszar w sekcji młodzieżowej Fundacji im. Mikołaja Reja, który najbardziej odpowiada Twoim pasjom:</w:t>
      </w:r>
    </w:p>
    <w:p w14:paraId="70800E71" w14:textId="77777777" w:rsidR="00FA1BA2" w:rsidRPr="00001205" w:rsidRDefault="00000000">
      <w:p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01205">
        <w:rPr>
          <w:rFonts w:ascii="Times New Roman" w:hAnsi="Times New Roman" w:cs="Times New Roman"/>
          <w:sz w:val="24"/>
          <w:szCs w:val="24"/>
          <w:lang w:val="pl-PL"/>
        </w:rPr>
        <w:t>[   ] Sekcja Integracji Międzykulturowej (pomoc rówieśnicza uczniom z Ukrainy i innych krajów)</w:t>
      </w:r>
    </w:p>
    <w:p w14:paraId="7BB6E781" w14:textId="77777777" w:rsidR="00FA1BA2" w:rsidRPr="00001205" w:rsidRDefault="00000000">
      <w:p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01205">
        <w:rPr>
          <w:rFonts w:ascii="Times New Roman" w:hAnsi="Times New Roman" w:cs="Times New Roman"/>
          <w:sz w:val="24"/>
          <w:szCs w:val="24"/>
          <w:lang w:val="pl-PL"/>
        </w:rPr>
        <w:t xml:space="preserve">[   ] Sekcja Projektów Medialnych i Cyfrowych (prowadzenie </w:t>
      </w:r>
      <w:proofErr w:type="spellStart"/>
      <w:r w:rsidRPr="00001205">
        <w:rPr>
          <w:rFonts w:ascii="Times New Roman" w:hAnsi="Times New Roman" w:cs="Times New Roman"/>
          <w:sz w:val="24"/>
          <w:szCs w:val="24"/>
          <w:lang w:val="pl-PL"/>
        </w:rPr>
        <w:t>social</w:t>
      </w:r>
      <w:proofErr w:type="spellEnd"/>
      <w:r w:rsidRPr="00001205">
        <w:rPr>
          <w:rFonts w:ascii="Times New Roman" w:hAnsi="Times New Roman" w:cs="Times New Roman"/>
          <w:sz w:val="24"/>
          <w:szCs w:val="24"/>
          <w:lang w:val="pl-PL"/>
        </w:rPr>
        <w:t xml:space="preserve"> mediów, kampanie anty-</w:t>
      </w:r>
      <w:proofErr w:type="spellStart"/>
      <w:r w:rsidRPr="00001205">
        <w:rPr>
          <w:rFonts w:ascii="Times New Roman" w:hAnsi="Times New Roman" w:cs="Times New Roman"/>
          <w:sz w:val="24"/>
          <w:szCs w:val="24"/>
          <w:lang w:val="pl-PL"/>
        </w:rPr>
        <w:t>hejtowe</w:t>
      </w:r>
      <w:proofErr w:type="spellEnd"/>
      <w:r w:rsidRPr="00001205">
        <w:rPr>
          <w:rFonts w:ascii="Times New Roman" w:hAnsi="Times New Roman" w:cs="Times New Roman"/>
          <w:sz w:val="24"/>
          <w:szCs w:val="24"/>
          <w:lang w:val="pl-PL"/>
        </w:rPr>
        <w:t>)</w:t>
      </w:r>
    </w:p>
    <w:p w14:paraId="32DC33C7" w14:textId="77777777" w:rsidR="00FA1BA2" w:rsidRPr="00001205" w:rsidRDefault="00000000">
      <w:p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01205">
        <w:rPr>
          <w:rFonts w:ascii="Times New Roman" w:hAnsi="Times New Roman" w:cs="Times New Roman"/>
          <w:sz w:val="24"/>
          <w:szCs w:val="24"/>
          <w:lang w:val="pl-PL"/>
        </w:rPr>
        <w:t xml:space="preserve">[   ] Sekcja Artystyczno-Edukacyjna (organizacja warsztatów dla dzieci, </w:t>
      </w:r>
      <w:proofErr w:type="spellStart"/>
      <w:r w:rsidRPr="00001205">
        <w:rPr>
          <w:rFonts w:ascii="Times New Roman" w:hAnsi="Times New Roman" w:cs="Times New Roman"/>
          <w:sz w:val="24"/>
          <w:szCs w:val="24"/>
          <w:lang w:val="pl-PL"/>
        </w:rPr>
        <w:t>flashmoby</w:t>
      </w:r>
      <w:proofErr w:type="spellEnd"/>
      <w:r w:rsidRPr="00001205">
        <w:rPr>
          <w:rFonts w:ascii="Times New Roman" w:hAnsi="Times New Roman" w:cs="Times New Roman"/>
          <w:sz w:val="24"/>
          <w:szCs w:val="24"/>
          <w:lang w:val="pl-PL"/>
        </w:rPr>
        <w:t>, teatr zaangażowany)</w:t>
      </w:r>
    </w:p>
    <w:p w14:paraId="44BB3322" w14:textId="77777777" w:rsidR="00FA1BA2" w:rsidRPr="00001205" w:rsidRDefault="00000000">
      <w:p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01205">
        <w:rPr>
          <w:rFonts w:ascii="Times New Roman" w:hAnsi="Times New Roman" w:cs="Times New Roman"/>
          <w:sz w:val="24"/>
          <w:szCs w:val="24"/>
          <w:lang w:val="pl-PL"/>
        </w:rPr>
        <w:t>[   ] Sekcja Wolontariatu Wspierającego / Akcji Lokalnych (pomoc w organizacji krakowskich festiwali i akcji charytatywnych)</w:t>
      </w:r>
    </w:p>
    <w:sectPr w:rsidR="00FA1BA2" w:rsidRPr="0000120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0614923">
    <w:abstractNumId w:val="8"/>
  </w:num>
  <w:num w:numId="2" w16cid:durableId="2147118145">
    <w:abstractNumId w:val="6"/>
  </w:num>
  <w:num w:numId="3" w16cid:durableId="1000885894">
    <w:abstractNumId w:val="5"/>
  </w:num>
  <w:num w:numId="4" w16cid:durableId="594486126">
    <w:abstractNumId w:val="4"/>
  </w:num>
  <w:num w:numId="5" w16cid:durableId="362367050">
    <w:abstractNumId w:val="7"/>
  </w:num>
  <w:num w:numId="6" w16cid:durableId="1567371581">
    <w:abstractNumId w:val="3"/>
  </w:num>
  <w:num w:numId="7" w16cid:durableId="417098322">
    <w:abstractNumId w:val="2"/>
  </w:num>
  <w:num w:numId="8" w16cid:durableId="774134050">
    <w:abstractNumId w:val="1"/>
  </w:num>
  <w:num w:numId="9" w16cid:durableId="299194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205"/>
    <w:rsid w:val="00034616"/>
    <w:rsid w:val="0006063C"/>
    <w:rsid w:val="0015074B"/>
    <w:rsid w:val="0029639D"/>
    <w:rsid w:val="00307E16"/>
    <w:rsid w:val="00326F90"/>
    <w:rsid w:val="00AA1D8D"/>
    <w:rsid w:val="00B47730"/>
    <w:rsid w:val="00B555B1"/>
    <w:rsid w:val="00CB0664"/>
    <w:rsid w:val="00FA1B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CDCB44"/>
  <w14:defaultImageDpi w14:val="300"/>
  <w15:docId w15:val="{87173A2D-F990-4DDF-B98F-50683629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679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Czudecka-Wrona</cp:lastModifiedBy>
  <cp:revision>3</cp:revision>
  <dcterms:created xsi:type="dcterms:W3CDTF">2026-10-11T19:01:00Z</dcterms:created>
  <dcterms:modified xsi:type="dcterms:W3CDTF">2026-10-11T19:02:00Z</dcterms:modified>
  <cp:category/>
</cp:coreProperties>
</file>