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FD3C9" w14:textId="77777777" w:rsidR="006270B5" w:rsidRPr="007A75CA" w:rsidRDefault="00000000">
      <w:pPr>
        <w:keepNext/>
        <w:spacing w:before="32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7A75CA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KARTA PRACY 1: W rytmie współpracy (Lekcja 1)</w:t>
      </w:r>
    </w:p>
    <w:p w14:paraId="7B5C9298" w14:textId="2B5548FB" w:rsidR="006270B5" w:rsidRPr="007A75CA" w:rsidRDefault="00000000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7A75CA">
        <w:rPr>
          <w:rFonts w:ascii="Times New Roman" w:hAnsi="Times New Roman" w:cs="Times New Roman"/>
          <w:sz w:val="24"/>
          <w:szCs w:val="24"/>
          <w:lang w:val="pl-PL"/>
        </w:rPr>
        <w:t>Data: ....................</w:t>
      </w:r>
    </w:p>
    <w:p w14:paraId="2970C37C" w14:textId="77777777" w:rsidR="006270B5" w:rsidRPr="007A75CA" w:rsidRDefault="00000000">
      <w:pPr>
        <w:keepNext/>
        <w:spacing w:before="24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7A75CA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Zadanie 1. Refleksja po grze konstrukcyjnej</w:t>
      </w:r>
    </w:p>
    <w:p w14:paraId="66084609" w14:textId="77777777" w:rsidR="006270B5" w:rsidRPr="007A75CA" w:rsidRDefault="00000000">
      <w:pPr>
        <w:spacing w:after="160"/>
        <w:rPr>
          <w:rFonts w:ascii="Times New Roman" w:hAnsi="Times New Roman" w:cs="Times New Roman"/>
          <w:sz w:val="24"/>
          <w:szCs w:val="24"/>
          <w:lang w:val="pl-PL"/>
        </w:rPr>
      </w:pPr>
      <w:r w:rsidRPr="007A75CA">
        <w:rPr>
          <w:rFonts w:ascii="Times New Roman" w:hAnsi="Times New Roman" w:cs="Times New Roman"/>
          <w:sz w:val="24"/>
          <w:szCs w:val="24"/>
          <w:lang w:val="pl-PL"/>
        </w:rPr>
        <w:t>Odpowiedz na pytania na podstawie swoich doświadczeń z gry "Wieża z barierami":</w:t>
      </w:r>
    </w:p>
    <w:p w14:paraId="7C323BCF" w14:textId="5CACE7F0" w:rsidR="007A75CA" w:rsidRDefault="00000000" w:rsidP="007A75CA">
      <w:pPr>
        <w:pStyle w:val="Akapitzlist"/>
        <w:numPr>
          <w:ilvl w:val="0"/>
          <w:numId w:val="10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7A75CA">
        <w:rPr>
          <w:rFonts w:ascii="Times New Roman" w:hAnsi="Times New Roman" w:cs="Times New Roman"/>
          <w:sz w:val="24"/>
          <w:szCs w:val="24"/>
          <w:lang w:val="pl-PL"/>
        </w:rPr>
        <w:t>Jaka była Twoja rola w zespole i z jakim największym ograniczeniem musiałeś się zmierzyć?</w:t>
      </w:r>
    </w:p>
    <w:p w14:paraId="3937FEA5" w14:textId="77777777" w:rsidR="007A75CA" w:rsidRDefault="007A75CA" w:rsidP="007A75C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D5D6E2" w14:textId="102010FA" w:rsidR="006270B5" w:rsidRDefault="00000000" w:rsidP="007A75C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7A75CA">
        <w:rPr>
          <w:rFonts w:ascii="Times New Roman" w:hAnsi="Times New Roman" w:cs="Times New Roman"/>
          <w:sz w:val="24"/>
          <w:szCs w:val="24"/>
          <w:lang w:val="pl-PL"/>
        </w:rPr>
        <w:t>2. Czy w prawdziwym życiu zdarzają się sytuacje, w</w:t>
      </w:r>
      <w:r w:rsidR="007A75CA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7A75CA">
        <w:rPr>
          <w:rFonts w:ascii="Times New Roman" w:hAnsi="Times New Roman" w:cs="Times New Roman"/>
          <w:sz w:val="24"/>
          <w:szCs w:val="24"/>
          <w:lang w:val="pl-PL"/>
        </w:rPr>
        <w:t>których ludzie mają bariery w komunikacji (np. inny język, nieśmiałość)? Jak można im pomóc?</w:t>
      </w:r>
    </w:p>
    <w:p w14:paraId="4D7CCDD2" w14:textId="47F0D132" w:rsidR="007A75CA" w:rsidRPr="007A75CA" w:rsidRDefault="007A75CA" w:rsidP="007A75C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AA86EA" w14:textId="77777777" w:rsidR="007A75CA" w:rsidRDefault="007A75CA" w:rsidP="007A75CA">
      <w:pPr>
        <w:keepNext/>
        <w:spacing w:after="0"/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</w:pPr>
    </w:p>
    <w:p w14:paraId="0FA19171" w14:textId="08F463EF" w:rsidR="006270B5" w:rsidRPr="007A75CA" w:rsidRDefault="00000000" w:rsidP="007A75CA">
      <w:pPr>
        <w:keepNext/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7A75CA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Zadanie 2. Nasz klasowy akord</w:t>
      </w:r>
    </w:p>
    <w:p w14:paraId="445560E9" w14:textId="77777777" w:rsidR="006270B5" w:rsidRPr="007A75CA" w:rsidRDefault="00000000" w:rsidP="007A75CA">
      <w:pPr>
        <w:spacing w:after="0"/>
        <w:rPr>
          <w:rFonts w:ascii="Times New Roman" w:hAnsi="Times New Roman" w:cs="Times New Roman"/>
          <w:sz w:val="24"/>
          <w:szCs w:val="24"/>
          <w:lang w:val="pl-PL"/>
        </w:rPr>
      </w:pPr>
      <w:r w:rsidRPr="007A75CA">
        <w:rPr>
          <w:rFonts w:ascii="Times New Roman" w:hAnsi="Times New Roman" w:cs="Times New Roman"/>
          <w:sz w:val="24"/>
          <w:szCs w:val="24"/>
          <w:lang w:val="pl-PL"/>
        </w:rPr>
        <w:t>W musicalu bohaterowie śpiewają: "Choć różne słowa, różny kolor skór... Wybudujemy wieżę marzeń". Wpisz w poniższą tabelę, jakie unikalne talenty i cechy wnosi każdy z członków Twojej grupy, aby stworzyć zgrany zespół.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3168"/>
        <w:gridCol w:w="3168"/>
      </w:tblGrid>
      <w:tr w:rsidR="006270B5" w:rsidRPr="007A75CA" w14:paraId="1B1CBA86" w14:textId="77777777">
        <w:trPr>
          <w:trHeight w:val="520"/>
          <w:jc w:val="center"/>
        </w:trPr>
        <w:tc>
          <w:tcPr>
            <w:tcW w:w="2880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73A1B7" w14:textId="77777777" w:rsidR="006270B5" w:rsidRPr="007A75C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Imię członka grupy</w:t>
            </w:r>
          </w:p>
        </w:tc>
        <w:tc>
          <w:tcPr>
            <w:tcW w:w="3168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0F9F81" w14:textId="77777777" w:rsidR="006270B5" w:rsidRPr="007A75C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Jego mocna strona / talent</w:t>
            </w:r>
          </w:p>
        </w:tc>
        <w:tc>
          <w:tcPr>
            <w:tcW w:w="3168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66F048" w14:textId="77777777" w:rsidR="006270B5" w:rsidRPr="007A75C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A75C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l-PL"/>
              </w:rPr>
              <w:t>W czym może pomóc klasie?</w:t>
            </w:r>
          </w:p>
        </w:tc>
      </w:tr>
      <w:tr w:rsidR="006270B5" w:rsidRPr="007A75CA" w14:paraId="75EAF16B" w14:textId="77777777">
        <w:trPr>
          <w:trHeight w:val="600"/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2C5B48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B6A044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2F12A4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6270B5" w:rsidRPr="007A75CA" w14:paraId="63DDE050" w14:textId="77777777">
        <w:trPr>
          <w:trHeight w:val="600"/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3C9FE3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CEB7C9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6D5836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6270B5" w:rsidRPr="007A75CA" w14:paraId="29E7575A" w14:textId="77777777">
        <w:trPr>
          <w:trHeight w:val="600"/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F34EF4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28C413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F6FA25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6270B5" w:rsidRPr="007A75CA" w14:paraId="428ACAB0" w14:textId="77777777">
        <w:trPr>
          <w:trHeight w:val="600"/>
          <w:jc w:val="center"/>
        </w:trPr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0EDF8E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A3057A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1610AF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618E95DB" w14:textId="77777777" w:rsidR="006270B5" w:rsidRPr="007A75CA" w:rsidRDefault="006270B5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p w14:paraId="3617DD2F" w14:textId="77777777" w:rsidR="006270B5" w:rsidRPr="007A75CA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A75CA"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14:paraId="4C8D19C2" w14:textId="77777777" w:rsidR="006270B5" w:rsidRPr="007A75CA" w:rsidRDefault="00000000" w:rsidP="007A75CA">
      <w:pPr>
        <w:keepNext/>
        <w:spacing w:before="320" w:after="120"/>
        <w:jc w:val="center"/>
        <w:rPr>
          <w:rFonts w:ascii="Times New Roman" w:hAnsi="Times New Roman" w:cs="Times New Roman"/>
          <w:sz w:val="28"/>
          <w:szCs w:val="28"/>
          <w:lang w:val="pl-PL"/>
        </w:rPr>
      </w:pPr>
      <w:r w:rsidRPr="007A75CA">
        <w:rPr>
          <w:rFonts w:ascii="Times New Roman" w:hAnsi="Times New Roman" w:cs="Times New Roman"/>
          <w:b/>
          <w:color w:val="1F4E79"/>
          <w:sz w:val="28"/>
          <w:szCs w:val="28"/>
          <w:lang w:val="pl-PL"/>
        </w:rPr>
        <w:lastRenderedPageBreak/>
        <w:t>KARTA PRACY 2: Bezinteresowni bohaterowie (Lekcja 2)</w:t>
      </w:r>
    </w:p>
    <w:p w14:paraId="5C21FE78" w14:textId="0306969A" w:rsidR="006270B5" w:rsidRPr="007A75CA" w:rsidRDefault="00000000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7A75CA">
        <w:rPr>
          <w:rFonts w:ascii="Times New Roman" w:hAnsi="Times New Roman" w:cs="Times New Roman"/>
          <w:sz w:val="24"/>
          <w:szCs w:val="24"/>
          <w:lang w:val="pl-PL"/>
        </w:rPr>
        <w:t>Data: ....................</w:t>
      </w:r>
    </w:p>
    <w:p w14:paraId="1F2C1704" w14:textId="28EEAC72" w:rsidR="006270B5" w:rsidRPr="007A75CA" w:rsidRDefault="00000000">
      <w:pPr>
        <w:keepNext/>
        <w:spacing w:before="240" w:after="80"/>
        <w:rPr>
          <w:rFonts w:ascii="Times New Roman" w:hAnsi="Times New Roman" w:cs="Times New Roman"/>
          <w:sz w:val="24"/>
          <w:szCs w:val="24"/>
          <w:lang w:val="pl-PL"/>
        </w:rPr>
      </w:pPr>
      <w:r w:rsidRPr="007A75CA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 xml:space="preserve">Zadanie 1. Mapa </w:t>
      </w:r>
      <w:r w:rsidR="007A75CA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 xml:space="preserve"> be</w:t>
      </w:r>
      <w:r w:rsidRPr="007A75CA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 xml:space="preserve">zinteresownego </w:t>
      </w:r>
      <w:r w:rsidR="007A75CA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ws</w:t>
      </w:r>
      <w:r w:rsidRPr="007A75CA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p</w:t>
      </w:r>
      <w:r w:rsidR="007A75CA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ar</w:t>
      </w:r>
      <w:r w:rsidRPr="007A75CA">
        <w:rPr>
          <w:rFonts w:ascii="Times New Roman" w:hAnsi="Times New Roman" w:cs="Times New Roman"/>
          <w:b/>
          <w:color w:val="1F4E79"/>
          <w:sz w:val="24"/>
          <w:szCs w:val="24"/>
          <w:lang w:val="pl-PL"/>
        </w:rPr>
        <w:t>cia</w:t>
      </w:r>
    </w:p>
    <w:p w14:paraId="797BAAA0" w14:textId="77777777" w:rsidR="006270B5" w:rsidRPr="007A75CA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A75CA">
        <w:rPr>
          <w:rFonts w:ascii="Times New Roman" w:hAnsi="Times New Roman" w:cs="Times New Roman"/>
          <w:sz w:val="24"/>
          <w:szCs w:val="24"/>
          <w:lang w:val="pl-PL"/>
        </w:rPr>
        <w:t>Wypełnij schemat, wskazując komu i w jaki sposób możemy pomóc bezinteresownie (bez zapłaty i nagrody) na wzór Wiktorii ze spektaklu.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3312"/>
        <w:gridCol w:w="3312"/>
      </w:tblGrid>
      <w:tr w:rsidR="006270B5" w:rsidRPr="007A75CA" w14:paraId="1EC44738" w14:textId="77777777">
        <w:trPr>
          <w:trHeight w:val="520"/>
          <w:jc w:val="center"/>
        </w:trPr>
        <w:tc>
          <w:tcPr>
            <w:tcW w:w="2592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4DA27B" w14:textId="77777777" w:rsidR="006270B5" w:rsidRPr="007A75C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Obszar</w:t>
            </w:r>
          </w:p>
        </w:tc>
        <w:tc>
          <w:tcPr>
            <w:tcW w:w="3312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5F00F4" w14:textId="77777777" w:rsidR="006270B5" w:rsidRPr="007A75C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Kto potrzebuje pomocy?</w:t>
            </w:r>
          </w:p>
        </w:tc>
        <w:tc>
          <w:tcPr>
            <w:tcW w:w="3312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B47A4A" w14:textId="77777777" w:rsidR="006270B5" w:rsidRPr="007A75C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Co konkretnie możemy zrobić?</w:t>
            </w:r>
          </w:p>
        </w:tc>
      </w:tr>
      <w:tr w:rsidR="006270B5" w:rsidRPr="007A75CA" w14:paraId="4EBC90BE" w14:textId="77777777">
        <w:trPr>
          <w:trHeight w:val="640"/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ECFD1E" w14:textId="77777777" w:rsidR="006270B5" w:rsidRPr="007A75C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b/>
                <w:sz w:val="24"/>
                <w:szCs w:val="24"/>
              </w:rPr>
              <w:t>W SZKOLE</w:t>
            </w:r>
          </w:p>
        </w:tc>
        <w:tc>
          <w:tcPr>
            <w:tcW w:w="33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B75692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80DD75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0B5" w:rsidRPr="007A75CA" w14:paraId="7741F18C" w14:textId="77777777">
        <w:trPr>
          <w:trHeight w:val="640"/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09AE8D" w14:textId="77777777" w:rsidR="006270B5" w:rsidRPr="007A75C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b/>
                <w:sz w:val="24"/>
                <w:szCs w:val="24"/>
              </w:rPr>
              <w:t>W DOMU</w:t>
            </w:r>
          </w:p>
        </w:tc>
        <w:tc>
          <w:tcPr>
            <w:tcW w:w="33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7A35C9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6E1C57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0B5" w:rsidRPr="007A75CA" w14:paraId="0250866F" w14:textId="77777777">
        <w:trPr>
          <w:trHeight w:val="640"/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DC6DB0" w14:textId="77777777" w:rsidR="006270B5" w:rsidRPr="007A75C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b/>
                <w:sz w:val="24"/>
                <w:szCs w:val="24"/>
              </w:rPr>
              <w:t>NA OSIEDLU / LOKALNIE</w:t>
            </w:r>
          </w:p>
        </w:tc>
        <w:tc>
          <w:tcPr>
            <w:tcW w:w="33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68CD16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9077CB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420213" w14:textId="77777777" w:rsidR="006270B5" w:rsidRPr="007A75CA" w:rsidRDefault="006270B5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0D568420" w14:textId="24FB4C88" w:rsidR="006270B5" w:rsidRPr="007A75CA" w:rsidRDefault="00000000">
      <w:pPr>
        <w:keepNext/>
        <w:spacing w:before="240" w:after="80"/>
        <w:rPr>
          <w:rFonts w:ascii="Times New Roman" w:hAnsi="Times New Roman" w:cs="Times New Roman"/>
          <w:sz w:val="24"/>
          <w:szCs w:val="24"/>
        </w:rPr>
      </w:pPr>
      <w:r w:rsidRPr="007A75CA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Zadanie 2. Klasowy </w:t>
      </w:r>
      <w:r w:rsidR="008C5CF5">
        <w:rPr>
          <w:rFonts w:ascii="Times New Roman" w:hAnsi="Times New Roman" w:cs="Times New Roman"/>
          <w:b/>
          <w:color w:val="1F4E79"/>
          <w:sz w:val="24"/>
          <w:szCs w:val="24"/>
        </w:rPr>
        <w:t>s</w:t>
      </w:r>
      <w:r w:rsidRPr="007A75CA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ztab </w:t>
      </w:r>
      <w:r w:rsidR="008C5CF5">
        <w:rPr>
          <w:rFonts w:ascii="Times New Roman" w:hAnsi="Times New Roman" w:cs="Times New Roman"/>
          <w:b/>
          <w:color w:val="1F4E79"/>
          <w:sz w:val="24"/>
          <w:szCs w:val="24"/>
        </w:rPr>
        <w:t>p</w:t>
      </w:r>
      <w:r w:rsidRPr="007A75CA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rojektu </w:t>
      </w:r>
      <w:r w:rsidR="008C5CF5">
        <w:rPr>
          <w:rFonts w:ascii="Times New Roman" w:hAnsi="Times New Roman" w:cs="Times New Roman"/>
          <w:b/>
          <w:color w:val="1F4E79"/>
          <w:sz w:val="24"/>
          <w:szCs w:val="24"/>
        </w:rPr>
        <w:t>wo</w:t>
      </w:r>
      <w:r w:rsidRPr="007A75CA">
        <w:rPr>
          <w:rFonts w:ascii="Times New Roman" w:hAnsi="Times New Roman" w:cs="Times New Roman"/>
          <w:b/>
          <w:color w:val="1F4E79"/>
          <w:sz w:val="24"/>
          <w:szCs w:val="24"/>
        </w:rPr>
        <w:t>lontariackiego</w:t>
      </w:r>
    </w:p>
    <w:p w14:paraId="4B177559" w14:textId="77777777" w:rsidR="006270B5" w:rsidRPr="007A75CA" w:rsidRDefault="00000000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A75CA">
        <w:rPr>
          <w:rFonts w:ascii="Times New Roman" w:hAnsi="Times New Roman" w:cs="Times New Roman"/>
          <w:sz w:val="24"/>
          <w:szCs w:val="24"/>
          <w:lang w:val="pl-PL"/>
        </w:rPr>
        <w:t>Zaplanujcie strukturę Waszej realnej akcji pomocowej. Ustalcie cele, terminy oraz przypiszcie odpowiedzialność.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048"/>
      </w:tblGrid>
      <w:tr w:rsidR="006270B5" w:rsidRPr="007A75CA" w14:paraId="18EE3132" w14:textId="77777777">
        <w:trPr>
          <w:trHeight w:val="520"/>
          <w:jc w:val="center"/>
        </w:trPr>
        <w:tc>
          <w:tcPr>
            <w:tcW w:w="3168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DFDBA3C" w14:textId="77777777" w:rsidR="006270B5" w:rsidRPr="007A75C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Nazwa naszej akcji:</w:t>
            </w:r>
          </w:p>
        </w:tc>
        <w:tc>
          <w:tcPr>
            <w:tcW w:w="6048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9DE8701" w14:textId="77777777" w:rsidR="006270B5" w:rsidRPr="007A75C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........................................................................</w:t>
            </w:r>
          </w:p>
        </w:tc>
      </w:tr>
      <w:tr w:rsidR="006270B5" w:rsidRPr="007A75CA" w14:paraId="7F92EA6A" w14:textId="77777777">
        <w:trPr>
          <w:trHeight w:val="480"/>
          <w:jc w:val="center"/>
        </w:trPr>
        <w:tc>
          <w:tcPr>
            <w:tcW w:w="316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E1FA00" w14:textId="77777777" w:rsidR="006270B5" w:rsidRPr="007A75C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sz w:val="24"/>
                <w:szCs w:val="24"/>
              </w:rPr>
              <w:t>Cel główny akcji:</w:t>
            </w:r>
          </w:p>
        </w:tc>
        <w:tc>
          <w:tcPr>
            <w:tcW w:w="604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407344" w14:textId="77777777" w:rsidR="006270B5" w:rsidRPr="007A75C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A75C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Komu pomagamy i co chcemy osiągnąć?</w:t>
            </w:r>
          </w:p>
        </w:tc>
      </w:tr>
    </w:tbl>
    <w:p w14:paraId="4237E84F" w14:textId="77777777" w:rsidR="006270B5" w:rsidRPr="007A75CA" w:rsidRDefault="006270B5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2880"/>
        <w:gridCol w:w="2016"/>
      </w:tblGrid>
      <w:tr w:rsidR="006270B5" w:rsidRPr="007A75CA" w14:paraId="7035B303" w14:textId="77777777">
        <w:trPr>
          <w:trHeight w:val="520"/>
          <w:jc w:val="center"/>
        </w:trPr>
        <w:tc>
          <w:tcPr>
            <w:tcW w:w="4320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D7E5A7" w14:textId="77777777" w:rsidR="006270B5" w:rsidRPr="007A75C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Krok działania</w:t>
            </w:r>
          </w:p>
        </w:tc>
        <w:tc>
          <w:tcPr>
            <w:tcW w:w="2880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923864" w14:textId="77777777" w:rsidR="006270B5" w:rsidRPr="007A75C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A75C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l-PL"/>
              </w:rPr>
              <w:t>Kto za to odpowiada? (Imię)</w:t>
            </w:r>
          </w:p>
        </w:tc>
        <w:tc>
          <w:tcPr>
            <w:tcW w:w="2016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8A56ED" w14:textId="77777777" w:rsidR="006270B5" w:rsidRPr="007A75CA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Termin realizacji</w:t>
            </w:r>
          </w:p>
        </w:tc>
      </w:tr>
      <w:tr w:rsidR="006270B5" w:rsidRPr="007A75CA" w14:paraId="19E61F12" w14:textId="77777777">
        <w:trPr>
          <w:trHeight w:val="520"/>
          <w:jc w:val="center"/>
        </w:trPr>
        <w:tc>
          <w:tcPr>
            <w:tcW w:w="43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217007" w14:textId="77777777" w:rsidR="006270B5" w:rsidRPr="007A75C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sz w:val="24"/>
                <w:szCs w:val="24"/>
              </w:rPr>
              <w:t>1. Przygotowanie informacji i plakatów</w:t>
            </w:r>
          </w:p>
        </w:tc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D392C9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B3057C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0B5" w:rsidRPr="007A75CA" w14:paraId="47B25067" w14:textId="77777777">
        <w:trPr>
          <w:trHeight w:val="520"/>
          <w:jc w:val="center"/>
        </w:trPr>
        <w:tc>
          <w:tcPr>
            <w:tcW w:w="43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42B1C8" w14:textId="77777777" w:rsidR="006270B5" w:rsidRPr="007A75C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sz w:val="24"/>
                <w:szCs w:val="24"/>
              </w:rPr>
              <w:t>2. Przygotowanie miejsca i pojemników</w:t>
            </w:r>
          </w:p>
        </w:tc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AB20FF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1D9A38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0B5" w:rsidRPr="007A75CA" w14:paraId="01BA4EBE" w14:textId="77777777">
        <w:trPr>
          <w:trHeight w:val="520"/>
          <w:jc w:val="center"/>
        </w:trPr>
        <w:tc>
          <w:tcPr>
            <w:tcW w:w="43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C35523" w14:textId="77777777" w:rsidR="006270B5" w:rsidRPr="007A75C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sz w:val="24"/>
                <w:szCs w:val="24"/>
              </w:rPr>
              <w:t>3. Przeprowadzenie akcji / zbiórki</w:t>
            </w:r>
          </w:p>
        </w:tc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A5F1C3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389BB5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0B5" w:rsidRPr="007A75CA" w14:paraId="3E962F59" w14:textId="77777777">
        <w:trPr>
          <w:trHeight w:val="520"/>
          <w:jc w:val="center"/>
        </w:trPr>
        <w:tc>
          <w:tcPr>
            <w:tcW w:w="432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6B7649" w14:textId="77777777" w:rsidR="006270B5" w:rsidRPr="007A75CA" w:rsidRDefault="000000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CA">
              <w:rPr>
                <w:rFonts w:ascii="Times New Roman" w:hAnsi="Times New Roman" w:cs="Times New Roman"/>
                <w:sz w:val="24"/>
                <w:szCs w:val="24"/>
              </w:rPr>
              <w:t>4. Podsumowanie i przekazanie pomocy</w:t>
            </w:r>
          </w:p>
        </w:tc>
        <w:tc>
          <w:tcPr>
            <w:tcW w:w="2880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A5AF41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412E32" w14:textId="77777777" w:rsidR="006270B5" w:rsidRPr="007A75CA" w:rsidRDefault="006270B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A3347D" w14:textId="77777777" w:rsidR="006270B5" w:rsidRPr="007A75CA" w:rsidRDefault="006270B5">
      <w:pPr>
        <w:spacing w:after="120"/>
        <w:rPr>
          <w:rFonts w:ascii="Times New Roman" w:hAnsi="Times New Roman" w:cs="Times New Roman"/>
          <w:sz w:val="24"/>
          <w:szCs w:val="24"/>
        </w:rPr>
      </w:pPr>
    </w:p>
    <w:sectPr w:rsidR="006270B5" w:rsidRPr="007A75CA" w:rsidSect="007A75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F5769" w14:textId="77777777" w:rsidR="00042EAA" w:rsidRDefault="00042EAA" w:rsidP="007A75CA">
      <w:pPr>
        <w:spacing w:after="0" w:line="240" w:lineRule="auto"/>
      </w:pPr>
      <w:r>
        <w:separator/>
      </w:r>
    </w:p>
  </w:endnote>
  <w:endnote w:type="continuationSeparator" w:id="0">
    <w:p w14:paraId="56FA4ED8" w14:textId="77777777" w:rsidR="00042EAA" w:rsidRDefault="00042EAA" w:rsidP="007A7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1B0BC" w14:textId="77777777" w:rsidR="00042EAA" w:rsidRDefault="00042EAA" w:rsidP="007A75CA">
      <w:pPr>
        <w:spacing w:after="0" w:line="240" w:lineRule="auto"/>
      </w:pPr>
      <w:r>
        <w:separator/>
      </w:r>
    </w:p>
  </w:footnote>
  <w:footnote w:type="continuationSeparator" w:id="0">
    <w:p w14:paraId="4607463E" w14:textId="77777777" w:rsidR="00042EAA" w:rsidRDefault="00042EAA" w:rsidP="007A7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D16F27"/>
    <w:multiLevelType w:val="hybridMultilevel"/>
    <w:tmpl w:val="9656E6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849954">
    <w:abstractNumId w:val="8"/>
  </w:num>
  <w:num w:numId="2" w16cid:durableId="1563521113">
    <w:abstractNumId w:val="6"/>
  </w:num>
  <w:num w:numId="3" w16cid:durableId="71002767">
    <w:abstractNumId w:val="5"/>
  </w:num>
  <w:num w:numId="4" w16cid:durableId="1525360565">
    <w:abstractNumId w:val="4"/>
  </w:num>
  <w:num w:numId="5" w16cid:durableId="2123650027">
    <w:abstractNumId w:val="7"/>
  </w:num>
  <w:num w:numId="6" w16cid:durableId="1994487351">
    <w:abstractNumId w:val="3"/>
  </w:num>
  <w:num w:numId="7" w16cid:durableId="649752711">
    <w:abstractNumId w:val="2"/>
  </w:num>
  <w:num w:numId="8" w16cid:durableId="1455564125">
    <w:abstractNumId w:val="1"/>
  </w:num>
  <w:num w:numId="9" w16cid:durableId="354118187">
    <w:abstractNumId w:val="0"/>
  </w:num>
  <w:num w:numId="10" w16cid:durableId="11304347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EAA"/>
    <w:rsid w:val="0006063C"/>
    <w:rsid w:val="0015074B"/>
    <w:rsid w:val="0029639D"/>
    <w:rsid w:val="00307E16"/>
    <w:rsid w:val="00326F90"/>
    <w:rsid w:val="006270B5"/>
    <w:rsid w:val="007A75CA"/>
    <w:rsid w:val="008C5CF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AE83B7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3</cp:revision>
  <dcterms:created xsi:type="dcterms:W3CDTF">2026-10-11T20:49:00Z</dcterms:created>
  <dcterms:modified xsi:type="dcterms:W3CDTF">2026-10-11T20:49:00Z</dcterms:modified>
  <cp:category/>
</cp:coreProperties>
</file>