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8610D" w14:textId="77777777" w:rsidR="00BB283E" w:rsidRPr="001D65EF" w:rsidRDefault="00000000">
      <w:pPr>
        <w:spacing w:before="200" w:after="3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MATERIAŁY I INSTRUKCJE DO PRACY W GRUPACH</w:t>
      </w:r>
      <w:r w:rsidRPr="001D65EF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br/>
        <w:t>KLASA IV – CYKL "NIE ZAMYKAJ"</w:t>
      </w:r>
    </w:p>
    <w:p w14:paraId="52D008D0" w14:textId="77777777" w:rsidR="00BB283E" w:rsidRPr="001D65EF" w:rsidRDefault="00000000">
      <w:pPr>
        <w:keepNext/>
        <w:spacing w:before="36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MATERIAŁY DO LEKCJI 1: „Teatr Kolorów”</w:t>
      </w:r>
    </w:p>
    <w:p w14:paraId="11EEEC48" w14:textId="77777777" w:rsidR="00BB283E" w:rsidRPr="001D65EF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sz w:val="24"/>
          <w:szCs w:val="24"/>
          <w:lang w:val="pl-PL"/>
        </w:rPr>
        <w:t>Wskazówka dla Nauczyciela: Poniższe opisy sytuacji należy wyciąć wzdłuż przerywanych linii i rozdać zespołom uczniowskim do analizy kryzysowej.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BB283E" w:rsidRPr="001D65EF" w14:paraId="2F9E0EE1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15EB3C08" w14:textId="77777777" w:rsidR="00BB283E" w:rsidRPr="001D65EF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pl-PL"/>
              </w:rPr>
              <w:t>ZESPÓŁ 1: SYTUACJA KRYZYSOWA A (OKSANA NA KORYTARZU)</w:t>
            </w:r>
          </w:p>
          <w:p w14:paraId="7C6AC962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Sytuacja: Na szkolnym korytarzu stoi nowa dziewczynka, Oksana. Przyjechała z innego kraju, stoi sama pod ścianą i kurczowo trzyma swój plecak. Bardzo słabo mówi po polsku. Kilka osób z klasy przechodzi obok niej, śmiejąc się i głośno rozmawiając o wczorajszej grze, zupełnie jej nie zauważając.</w:t>
            </w:r>
          </w:p>
          <w:p w14:paraId="27BCA392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Zadanie dla Grupy: </w:t>
            </w:r>
          </w:p>
          <w:p w14:paraId="0ADBF255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 Jaki kolor z musicalu idealnie opisuje obecny stan emocjonalny Oksany? Dlaczego?</w:t>
            </w:r>
          </w:p>
          <w:p w14:paraId="32EC55A3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 Wymyślcie i zapiszcie 2 konkretne zachowania (gesty, słowa), które Wasza grupa może wykonać, aby zmienić jej kolor emocjonalny na zielony lub złoty.</w:t>
            </w:r>
          </w:p>
        </w:tc>
      </w:tr>
    </w:tbl>
    <w:p w14:paraId="5DAD9E36" w14:textId="77777777" w:rsidR="00BB283E" w:rsidRPr="001D65EF" w:rsidRDefault="00BB283E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BB283E" w:rsidRPr="001D65EF" w14:paraId="50B2D264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689B5A9A" w14:textId="77777777" w:rsidR="00BB283E" w:rsidRPr="001D65EF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pl-PL"/>
              </w:rPr>
              <w:t>ZESPÓŁ 2: SYTUACJA KRYZYSOWA B (JANEK NA LEKCJI WF-U)</w:t>
            </w:r>
          </w:p>
          <w:p w14:paraId="2AEFAFBF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Sytuacja: Podczas lekcji wychowania fizycznego nauczyciel poleca dobrać się w pary do ćwiczeń z piłką. Wszyscy uczniowie błyskawicznie łączą się ze swoimi stałymi kolegami. W ławce zostaje Janek – nowy uczeń, który dołączył do klasy zaledwie dwa dni temu. Janek spuszcza głowę i udaje, że zawiązuje buta, żeby nikt nie widział jego zakłopotania.</w:t>
            </w:r>
          </w:p>
          <w:p w14:paraId="4835F825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Zadanie dla Grupy: </w:t>
            </w:r>
          </w:p>
          <w:p w14:paraId="597D8166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 Jaki kolor z musicalu panuje obecnie w sercu Janka? Co czuje osoba pominięta?</w:t>
            </w:r>
          </w:p>
          <w:p w14:paraId="3EDA1DB7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2. Co może zrobić jeden „Obrońca” lub świadek tej sytuacji, aby natychmiast odmienić tę sytuację i wpuścić do serca Janka złote światło akceptacji? </w:t>
            </w:r>
            <w:proofErr w:type="spellStart"/>
            <w:r w:rsidRPr="001D65EF">
              <w:rPr>
                <w:rFonts w:ascii="Times New Roman" w:hAnsi="Times New Roman" w:cs="Times New Roman"/>
                <w:sz w:val="24"/>
                <w:szCs w:val="24"/>
              </w:rPr>
              <w:t>Zaproponujcie</w:t>
            </w:r>
            <w:proofErr w:type="spellEnd"/>
            <w:r w:rsidRPr="001D6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5EF">
              <w:rPr>
                <w:rFonts w:ascii="Times New Roman" w:hAnsi="Times New Roman" w:cs="Times New Roman"/>
                <w:sz w:val="24"/>
                <w:szCs w:val="24"/>
              </w:rPr>
              <w:t>krótką</w:t>
            </w:r>
            <w:proofErr w:type="spellEnd"/>
            <w:r w:rsidRPr="001D6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5EF">
              <w:rPr>
                <w:rFonts w:ascii="Times New Roman" w:hAnsi="Times New Roman" w:cs="Times New Roman"/>
                <w:sz w:val="24"/>
                <w:szCs w:val="24"/>
              </w:rPr>
              <w:t>scenkę</w:t>
            </w:r>
            <w:proofErr w:type="spellEnd"/>
            <w:r w:rsidRPr="001D65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73E2928" w14:textId="77777777" w:rsidR="00BB283E" w:rsidRPr="001D65EF" w:rsidRDefault="00BB283E">
      <w:pPr>
        <w:spacing w:after="24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</w:tblGrid>
      <w:tr w:rsidR="00BB283E" w:rsidRPr="001D65EF" w14:paraId="0459DDB9" w14:textId="77777777">
        <w:trPr>
          <w:jc w:val="center"/>
        </w:trPr>
        <w:tc>
          <w:tcPr>
            <w:tcW w:w="8352" w:type="dxa"/>
            <w:tcBorders>
              <w:left w:val="single" w:sz="24" w:space="0" w:color="1F4E79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140" w:type="dxa"/>
            </w:tcMar>
          </w:tcPr>
          <w:p w14:paraId="26BDD3C7" w14:textId="77777777" w:rsidR="00BB283E" w:rsidRPr="001D65EF" w:rsidRDefault="00000000">
            <w:pPr>
              <w:spacing w:after="8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pl-PL"/>
              </w:rPr>
              <w:t>ZESPÓŁ 3: SYTUACJA KRYZYSOWA C (IGOR NA CZACIE KLASOWYMT)</w:t>
            </w:r>
          </w:p>
          <w:p w14:paraId="5B7230AA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Sytuacja: Na grupie klasowej (czacie) na komunikatorze internetowym nowy uczeń, Igor, pyta nieśmiało: „Hej, co było zadane z matematyki, bo nie zdążyłem </w:t>
            </w: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zapisać?”. Przez godzinę nikt nie odpowiada, choć widać, że wszyscy przeczytali wiadomość. Po jakimś czasie ktoś wrzuca śmieszny filmik, całkowicie ignorując pytanie Igora.</w:t>
            </w:r>
          </w:p>
          <w:p w14:paraId="46C1CC83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Zadanie dla Grupy: </w:t>
            </w:r>
          </w:p>
          <w:p w14:paraId="13CFA6DE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 Jak czuje się Igor, gdy jego pytanie jest traktowane jak „powietrze”? Do jakiego koloru ze spektaklu to pasuje?</w:t>
            </w:r>
          </w:p>
          <w:p w14:paraId="20414DFE" w14:textId="77777777" w:rsidR="00BB283E" w:rsidRPr="001D65EF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D65E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 Napiszcie treść idealnej, wspierającej wiadomości, jaką każdy z Was mógłby wysłać na czacie, aby Igor poczuł, że jest ważną częścią zespołu klasy.</w:t>
            </w:r>
          </w:p>
        </w:tc>
      </w:tr>
    </w:tbl>
    <w:p w14:paraId="069BAA86" w14:textId="77777777" w:rsidR="00BB283E" w:rsidRPr="001D65EF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sz w:val="24"/>
          <w:szCs w:val="24"/>
          <w:lang w:val="pl-PL"/>
        </w:rPr>
        <w:lastRenderedPageBreak/>
        <w:br w:type="page"/>
      </w:r>
    </w:p>
    <w:p w14:paraId="1CE97F85" w14:textId="77777777" w:rsidR="00BB283E" w:rsidRPr="001D65EF" w:rsidRDefault="00000000">
      <w:pPr>
        <w:keepNext/>
        <w:spacing w:before="36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lastRenderedPageBreak/>
        <w:t>MATERIAŁY DO LEKCJI 2: „Ktoś stoi za drzwiami”</w:t>
      </w:r>
    </w:p>
    <w:p w14:paraId="44CDC491" w14:textId="77777777" w:rsidR="00BB283E" w:rsidRPr="001D65EF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sz w:val="24"/>
          <w:szCs w:val="24"/>
          <w:lang w:val="pl-PL"/>
        </w:rPr>
        <w:t>Wytyczne dla Klasowych Sekcji Wolontariatu „Pierwsza Iskra”</w:t>
      </w:r>
    </w:p>
    <w:p w14:paraId="24FAD1CF" w14:textId="77777777" w:rsidR="00BB283E" w:rsidRPr="001D65EF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color w:val="2E75B6"/>
          <w:sz w:val="24"/>
          <w:szCs w:val="24"/>
          <w:lang w:val="pl-PL"/>
        </w:rPr>
        <w:t>SEKCJA 1: Zespół ds. Powitania i Integracji Serc</w:t>
      </w:r>
    </w:p>
    <w:p w14:paraId="454FB197" w14:textId="77777777" w:rsidR="00BB283E" w:rsidRPr="001D65EF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1D65EF">
        <w:rPr>
          <w:rFonts w:ascii="Times New Roman" w:hAnsi="Times New Roman" w:cs="Times New Roman"/>
          <w:sz w:val="24"/>
          <w:szCs w:val="24"/>
          <w:lang w:val="pl-PL"/>
        </w:rPr>
        <w:t xml:space="preserve">Wasza grupa pełni funkcję gospodarzy klasy. Waszym zadaniem jest opracowanie prostej, rysunkowo-opisowej instrukcji dla całej klasy pt. </w:t>
      </w:r>
      <w:r w:rsidRPr="001D65EF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1D65EF">
        <w:rPr>
          <w:rFonts w:ascii="Times New Roman" w:hAnsi="Times New Roman" w:cs="Times New Roman"/>
          <w:sz w:val="24"/>
          <w:szCs w:val="24"/>
        </w:rPr>
        <w:t>Pierwsze</w:t>
      </w:r>
      <w:proofErr w:type="spellEnd"/>
      <w:r w:rsidRPr="001D65EF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1D65EF">
        <w:rPr>
          <w:rFonts w:ascii="Times New Roman" w:hAnsi="Times New Roman" w:cs="Times New Roman"/>
          <w:sz w:val="24"/>
          <w:szCs w:val="24"/>
        </w:rPr>
        <w:t>kroki</w:t>
      </w:r>
      <w:proofErr w:type="spellEnd"/>
      <w:r w:rsidRPr="001D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5EF">
        <w:rPr>
          <w:rFonts w:ascii="Times New Roman" w:hAnsi="Times New Roman" w:cs="Times New Roman"/>
          <w:sz w:val="24"/>
          <w:szCs w:val="24"/>
        </w:rPr>
        <w:t>wobec</w:t>
      </w:r>
      <w:proofErr w:type="spellEnd"/>
      <w:r w:rsidRPr="001D65EF">
        <w:rPr>
          <w:rFonts w:ascii="Times New Roman" w:hAnsi="Times New Roman" w:cs="Times New Roman"/>
          <w:sz w:val="24"/>
          <w:szCs w:val="24"/>
        </w:rPr>
        <w:t xml:space="preserve"> nowej osoby”.</w:t>
      </w:r>
    </w:p>
    <w:p w14:paraId="1D5CBAF6" w14:textId="77777777" w:rsidR="00BB283E" w:rsidRPr="001D65EF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sz w:val="24"/>
          <w:szCs w:val="24"/>
          <w:lang w:val="pl-PL"/>
        </w:rPr>
        <w:t xml:space="preserve">• </w:t>
      </w:r>
      <w:r w:rsidRPr="001D65EF">
        <w:rPr>
          <w:rFonts w:ascii="Times New Roman" w:hAnsi="Times New Roman" w:cs="Times New Roman"/>
          <w:sz w:val="24"/>
          <w:szCs w:val="24"/>
          <w:lang w:val="pl-PL"/>
        </w:rPr>
        <w:t>Krok 1: Jak powitać osobę, która nie zna naszego języka (jakich gestów użyć)?</w:t>
      </w:r>
    </w:p>
    <w:p w14:paraId="097D1F53" w14:textId="77777777" w:rsidR="00BB283E" w:rsidRPr="001D65EF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sz w:val="24"/>
          <w:szCs w:val="24"/>
          <w:lang w:val="pl-PL"/>
        </w:rPr>
        <w:t xml:space="preserve">• </w:t>
      </w:r>
      <w:r w:rsidRPr="001D65EF">
        <w:rPr>
          <w:rFonts w:ascii="Times New Roman" w:hAnsi="Times New Roman" w:cs="Times New Roman"/>
          <w:sz w:val="24"/>
          <w:szCs w:val="24"/>
          <w:lang w:val="pl-PL"/>
        </w:rPr>
        <w:t>Krok 2: Jak oprowadzić ją po szkole w czasie przerw, żeby nie czuła się zagubiona?</w:t>
      </w:r>
    </w:p>
    <w:p w14:paraId="20277039" w14:textId="77777777" w:rsidR="00BB283E" w:rsidRPr="001D65EF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sz w:val="24"/>
          <w:szCs w:val="24"/>
          <w:lang w:val="pl-PL"/>
        </w:rPr>
        <w:t xml:space="preserve">• </w:t>
      </w:r>
      <w:r w:rsidRPr="001D65EF">
        <w:rPr>
          <w:rFonts w:ascii="Times New Roman" w:hAnsi="Times New Roman" w:cs="Times New Roman"/>
          <w:sz w:val="24"/>
          <w:szCs w:val="24"/>
          <w:lang w:val="pl-PL"/>
        </w:rPr>
        <w:t>Krok 3: Jaki drobny upominek powitalny (np. wspólny rysunek) możecie przygotować od całej klasy?</w:t>
      </w:r>
    </w:p>
    <w:p w14:paraId="2408EF9C" w14:textId="77777777" w:rsidR="00BB283E" w:rsidRPr="001D65EF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color w:val="2E75B6"/>
          <w:sz w:val="24"/>
          <w:szCs w:val="24"/>
          <w:lang w:val="pl-PL"/>
        </w:rPr>
        <w:t xml:space="preserve">SEKCJA 2: Zespół Inżynierów Akcji </w:t>
      </w:r>
      <w:proofErr w:type="spellStart"/>
      <w:r w:rsidRPr="001D65EF">
        <w:rPr>
          <w:rFonts w:ascii="Times New Roman" w:hAnsi="Times New Roman" w:cs="Times New Roman"/>
          <w:b/>
          <w:color w:val="2E75B6"/>
          <w:sz w:val="24"/>
          <w:szCs w:val="24"/>
          <w:lang w:val="pl-PL"/>
        </w:rPr>
        <w:t>Wolontariackiej</w:t>
      </w:r>
      <w:proofErr w:type="spellEnd"/>
    </w:p>
    <w:p w14:paraId="05DCF04B" w14:textId="77777777" w:rsidR="00BB283E" w:rsidRPr="001D65EF" w:rsidRDefault="00000000">
      <w:pPr>
        <w:spacing w:after="8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sz w:val="24"/>
          <w:szCs w:val="24"/>
          <w:lang w:val="pl-PL"/>
        </w:rPr>
        <w:t>Wasi koledzy i koleżanki ze spektaklu współpracują z Fundacją im. Mikołaja Reja. Waszym zadaniem jest zaplanowanie klasowej zbiórki drobnych darów (np. kolorowych kredek, nowych bloków rysunkowych lub gier planszowych) dla dzieci imigrantów przebywających w świetlicy.</w:t>
      </w:r>
    </w:p>
    <w:p w14:paraId="07FB1EB4" w14:textId="77777777" w:rsidR="00BB283E" w:rsidRPr="001D65EF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sz w:val="24"/>
          <w:szCs w:val="24"/>
          <w:lang w:val="pl-PL"/>
        </w:rPr>
        <w:t xml:space="preserve">• </w:t>
      </w:r>
      <w:r w:rsidRPr="001D65EF">
        <w:rPr>
          <w:rFonts w:ascii="Times New Roman" w:hAnsi="Times New Roman" w:cs="Times New Roman"/>
          <w:sz w:val="24"/>
          <w:szCs w:val="24"/>
          <w:lang w:val="pl-PL"/>
        </w:rPr>
        <w:t>Zadanie A: Wymyślcie chwytliwe hasło akcji, które zachęci inne klasy do przynoszenia darów.</w:t>
      </w:r>
    </w:p>
    <w:p w14:paraId="47D58E5F" w14:textId="77777777" w:rsidR="00BB283E" w:rsidRPr="001D65EF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sz w:val="24"/>
          <w:szCs w:val="24"/>
          <w:lang w:val="pl-PL"/>
        </w:rPr>
        <w:t xml:space="preserve">• </w:t>
      </w:r>
      <w:r w:rsidRPr="001D65EF">
        <w:rPr>
          <w:rFonts w:ascii="Times New Roman" w:hAnsi="Times New Roman" w:cs="Times New Roman"/>
          <w:sz w:val="24"/>
          <w:szCs w:val="24"/>
          <w:lang w:val="pl-PL"/>
        </w:rPr>
        <w:t>Zadanie B: Ustalcie, gdzie w sali będzie stało pudełko na dary i jak je wspólnie ozdobicie.</w:t>
      </w:r>
    </w:p>
    <w:p w14:paraId="66C3A814" w14:textId="77777777" w:rsidR="00BB283E" w:rsidRPr="001D65EF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sz w:val="24"/>
          <w:szCs w:val="24"/>
          <w:lang w:val="pl-PL"/>
        </w:rPr>
        <w:t xml:space="preserve">• </w:t>
      </w:r>
      <w:r w:rsidRPr="001D65EF">
        <w:rPr>
          <w:rFonts w:ascii="Times New Roman" w:hAnsi="Times New Roman" w:cs="Times New Roman"/>
          <w:sz w:val="24"/>
          <w:szCs w:val="24"/>
          <w:lang w:val="pl-PL"/>
        </w:rPr>
        <w:t>Zadanie C: Napiszcie krótkie ogłoszenie, które Wasz przewodniczący przeczyta w innych klasach.</w:t>
      </w:r>
    </w:p>
    <w:p w14:paraId="7B13F1BC" w14:textId="77777777" w:rsidR="00BB283E" w:rsidRPr="001D65EF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color w:val="2E75B6"/>
          <w:sz w:val="24"/>
          <w:szCs w:val="24"/>
          <w:lang w:val="pl-PL"/>
        </w:rPr>
        <w:t>SEKCJA 3: Zespół Promocji i Dobrych Wiadomości</w:t>
      </w:r>
    </w:p>
    <w:p w14:paraId="472DBDC5" w14:textId="77777777" w:rsidR="00BB283E" w:rsidRPr="001D65EF" w:rsidRDefault="00000000">
      <w:pPr>
        <w:spacing w:after="8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sz w:val="24"/>
          <w:szCs w:val="24"/>
          <w:lang w:val="pl-PL"/>
        </w:rPr>
        <w:t>Na wzór Wiktorii ze spektaklu, chcecie bezinteresownie podarować innym radość. Wasza sekcja odpowiada za stworzenie plakatów informacyjnych oraz przygotowanie podziękowań.</w:t>
      </w:r>
    </w:p>
    <w:p w14:paraId="40D60DCD" w14:textId="77777777" w:rsidR="00BB283E" w:rsidRPr="001D65EF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sz w:val="24"/>
          <w:szCs w:val="24"/>
          <w:lang w:val="pl-PL"/>
        </w:rPr>
        <w:t xml:space="preserve">• </w:t>
      </w:r>
      <w:r w:rsidRPr="001D65EF">
        <w:rPr>
          <w:rFonts w:ascii="Times New Roman" w:hAnsi="Times New Roman" w:cs="Times New Roman"/>
          <w:sz w:val="24"/>
          <w:szCs w:val="24"/>
          <w:lang w:val="pl-PL"/>
        </w:rPr>
        <w:t>Zadanie A: Zaprojektujcie układ plakatu szkolnego informującego o zbiórce (co, gdzie, dla kogo i do kiedy zbieramy).</w:t>
      </w:r>
    </w:p>
    <w:p w14:paraId="6EDC4624" w14:textId="77777777" w:rsidR="00BB283E" w:rsidRPr="001D65EF" w:rsidRDefault="00000000">
      <w:pPr>
        <w:pStyle w:val="Listapunktowana"/>
        <w:spacing w:before="40" w:after="40"/>
        <w:rPr>
          <w:rFonts w:ascii="Times New Roman" w:hAnsi="Times New Roman" w:cs="Times New Roman"/>
          <w:sz w:val="24"/>
          <w:szCs w:val="24"/>
          <w:lang w:val="pl-PL"/>
        </w:rPr>
      </w:pPr>
      <w:r w:rsidRPr="001D65EF">
        <w:rPr>
          <w:rFonts w:ascii="Times New Roman" w:hAnsi="Times New Roman" w:cs="Times New Roman"/>
          <w:b/>
          <w:sz w:val="24"/>
          <w:szCs w:val="24"/>
          <w:lang w:val="pl-PL"/>
        </w:rPr>
        <w:t xml:space="preserve">• </w:t>
      </w:r>
      <w:r w:rsidRPr="001D65EF">
        <w:rPr>
          <w:rFonts w:ascii="Times New Roman" w:hAnsi="Times New Roman" w:cs="Times New Roman"/>
          <w:sz w:val="24"/>
          <w:szCs w:val="24"/>
          <w:lang w:val="pl-PL"/>
        </w:rPr>
        <w:t>Zadanie B: Wymyślcie, w jaki sposób po zakończeniu akcji podziękujecie wszystkim uczniom, którzy włączyli się w pomoc (np. ordery dobrego serca, dyplomy).</w:t>
      </w:r>
    </w:p>
    <w:sectPr w:rsidR="00BB283E" w:rsidRPr="001D65EF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9796781">
    <w:abstractNumId w:val="8"/>
  </w:num>
  <w:num w:numId="2" w16cid:durableId="1749114101">
    <w:abstractNumId w:val="6"/>
  </w:num>
  <w:num w:numId="3" w16cid:durableId="1616864697">
    <w:abstractNumId w:val="5"/>
  </w:num>
  <w:num w:numId="4" w16cid:durableId="1068578149">
    <w:abstractNumId w:val="4"/>
  </w:num>
  <w:num w:numId="5" w16cid:durableId="1958177712">
    <w:abstractNumId w:val="7"/>
  </w:num>
  <w:num w:numId="6" w16cid:durableId="1275211340">
    <w:abstractNumId w:val="3"/>
  </w:num>
  <w:num w:numId="7" w16cid:durableId="899174788">
    <w:abstractNumId w:val="2"/>
  </w:num>
  <w:num w:numId="8" w16cid:durableId="665282638">
    <w:abstractNumId w:val="1"/>
  </w:num>
  <w:num w:numId="9" w16cid:durableId="28844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5EF"/>
    <w:rsid w:val="0029639D"/>
    <w:rsid w:val="00307E16"/>
    <w:rsid w:val="00326F90"/>
    <w:rsid w:val="00AA1D8D"/>
    <w:rsid w:val="00B47730"/>
    <w:rsid w:val="00BB283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2760C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2</cp:revision>
  <dcterms:created xsi:type="dcterms:W3CDTF">2026-10-11T21:05:00Z</dcterms:created>
  <dcterms:modified xsi:type="dcterms:W3CDTF">2026-10-11T21:05:00Z</dcterms:modified>
  <cp:category/>
</cp:coreProperties>
</file>